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8D3E2" w14:textId="77777777" w:rsidR="006A563E" w:rsidRDefault="005259FD" w:rsidP="006A563E">
      <w:pPr>
        <w:pStyle w:val="NoSpacing"/>
        <w:jc w:val="right"/>
        <w:rPr>
          <w:lang w:val="nb-NO"/>
        </w:rPr>
      </w:pPr>
      <w:r w:rsidRPr="0063068C">
        <w:rPr>
          <w:lang w:val="nb-NO"/>
        </w:rPr>
        <w:t xml:space="preserve">              </w:t>
      </w:r>
      <w:r w:rsidR="006A563E">
        <w:rPr>
          <w:lang w:val="nb-NO"/>
        </w:rPr>
        <w:t>Lisa 1</w:t>
      </w:r>
      <w:r w:rsidRPr="0063068C">
        <w:rPr>
          <w:lang w:val="nb-NO"/>
        </w:rPr>
        <w:t xml:space="preserve">          </w:t>
      </w:r>
    </w:p>
    <w:p w14:paraId="7BA45AF1" w14:textId="1F51E988" w:rsidR="005259FD" w:rsidRPr="0063068C" w:rsidRDefault="005259FD" w:rsidP="006A563E">
      <w:pPr>
        <w:pStyle w:val="NoSpacing"/>
        <w:jc w:val="right"/>
        <w:rPr>
          <w:rFonts w:ascii="Times New Roman" w:eastAsia="Times New Roman" w:hAnsi="Times New Roman" w:cs="Times New Roman"/>
          <w:b/>
          <w:szCs w:val="20"/>
          <w:lang w:val="nb-NO"/>
        </w:rPr>
      </w:pPr>
      <w:r w:rsidRPr="0063068C">
        <w:rPr>
          <w:lang w:val="nb-NO"/>
        </w:rPr>
        <w:t xml:space="preserve">                                                                                                                             </w:t>
      </w:r>
    </w:p>
    <w:p w14:paraId="15D70A6D" w14:textId="3B3A027C" w:rsidR="005C7F67" w:rsidRPr="0063068C" w:rsidRDefault="00C21236" w:rsidP="000B20F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val="et-EE"/>
        </w:rPr>
      </w:pPr>
      <w:r w:rsidRPr="0063068C">
        <w:rPr>
          <w:rFonts w:ascii="Times New Roman" w:eastAsia="Times New Roman" w:hAnsi="Times New Roman" w:cs="Times New Roman"/>
          <w:b/>
          <w:szCs w:val="20"/>
          <w:lang w:val="et-EE"/>
        </w:rPr>
        <w:t xml:space="preserve">MITTETULUNDUSÜHINGUTE JA SIHTASUTUSTE PROJEKTIDE </w:t>
      </w:r>
      <w:r w:rsidR="005C7F67" w:rsidRPr="0063068C">
        <w:rPr>
          <w:rFonts w:ascii="Times New Roman" w:hAnsi="Times New Roman" w:cs="Times New Roman"/>
          <w:b/>
          <w:sz w:val="24"/>
          <w:szCs w:val="24"/>
          <w:lang w:val="nb-NO"/>
        </w:rPr>
        <w:t>KAASFINANTSEERIMISE TAOTLUSVORM</w:t>
      </w:r>
    </w:p>
    <w:p w14:paraId="5CAE03A4" w14:textId="77777777" w:rsidR="005C7F67" w:rsidRPr="0063068C" w:rsidRDefault="005C7F67" w:rsidP="005051B4">
      <w:pPr>
        <w:pStyle w:val="NoSpacing"/>
        <w:rPr>
          <w:lang w:val="et-EE"/>
        </w:rPr>
      </w:pPr>
    </w:p>
    <w:p w14:paraId="4CF8D27E" w14:textId="77777777" w:rsidR="00204410" w:rsidRPr="0063068C" w:rsidRDefault="006651DF">
      <w:pPr>
        <w:pStyle w:val="Heading2"/>
        <w:rPr>
          <w:color w:val="auto"/>
          <w:sz w:val="24"/>
          <w:szCs w:val="24"/>
          <w:lang w:val="et-EE"/>
        </w:rPr>
      </w:pPr>
      <w:r w:rsidRPr="0063068C">
        <w:rPr>
          <w:color w:val="auto"/>
          <w:sz w:val="24"/>
          <w:szCs w:val="24"/>
          <w:lang w:val="et-EE"/>
        </w:rPr>
        <w:t xml:space="preserve">I. </w:t>
      </w:r>
      <w:r w:rsidRPr="0063068C">
        <w:rPr>
          <w:rFonts w:ascii="Times New Roman" w:hAnsi="Times New Roman" w:cs="Times New Roman"/>
          <w:color w:val="auto"/>
          <w:sz w:val="24"/>
          <w:szCs w:val="24"/>
          <w:lang w:val="et-EE"/>
        </w:rPr>
        <w:t>TAOTLEJA</w:t>
      </w:r>
      <w:r w:rsidRPr="0063068C">
        <w:rPr>
          <w:color w:val="auto"/>
          <w:sz w:val="24"/>
          <w:szCs w:val="24"/>
          <w:lang w:val="et-EE"/>
        </w:rPr>
        <w:t xml:space="preserve"> </w:t>
      </w:r>
      <w:r w:rsidRPr="0063068C">
        <w:rPr>
          <w:rFonts w:ascii="Times New Roman" w:hAnsi="Times New Roman" w:cs="Times New Roman"/>
          <w:color w:val="auto"/>
          <w:sz w:val="24"/>
          <w:szCs w:val="24"/>
          <w:lang w:val="et-EE"/>
        </w:rPr>
        <w:t>ANDMED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204410" w:rsidRPr="0063068C" w14:paraId="313C67B5" w14:textId="77777777" w:rsidTr="00846EA3">
        <w:tc>
          <w:tcPr>
            <w:tcW w:w="4316" w:type="dxa"/>
          </w:tcPr>
          <w:p w14:paraId="00B01BF2" w14:textId="77777777" w:rsidR="00204410" w:rsidRPr="00E119F2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Taotleja nimi</w:t>
            </w:r>
          </w:p>
          <w:p w14:paraId="7F2CC32A" w14:textId="2F6B5304" w:rsidR="00204410" w:rsidRPr="00E119F2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i/>
                <w:sz w:val="16"/>
                <w:lang w:val="et-EE"/>
              </w:rPr>
              <w:t xml:space="preserve">Mittetulundusühingu või sihtasutuse nimi vastavalt </w:t>
            </w:r>
            <w:r w:rsidR="00C400E4" w:rsidRPr="00E119F2">
              <w:rPr>
                <w:rFonts w:ascii="Times New Roman" w:hAnsi="Times New Roman" w:cs="Times New Roman"/>
                <w:i/>
                <w:sz w:val="16"/>
                <w:lang w:val="et-EE"/>
              </w:rPr>
              <w:t>äri</w:t>
            </w:r>
            <w:r w:rsidRPr="00E119F2">
              <w:rPr>
                <w:rFonts w:ascii="Times New Roman" w:hAnsi="Times New Roman" w:cs="Times New Roman"/>
                <w:i/>
                <w:sz w:val="16"/>
                <w:lang w:val="et-EE"/>
              </w:rPr>
              <w:t>registrile</w:t>
            </w:r>
          </w:p>
        </w:tc>
        <w:tc>
          <w:tcPr>
            <w:tcW w:w="4314" w:type="dxa"/>
          </w:tcPr>
          <w:p w14:paraId="7348218F" w14:textId="77777777" w:rsidR="00204410" w:rsidRPr="00E119F2" w:rsidRDefault="00204410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04410" w:rsidRPr="0063068C" w14:paraId="7BC6CBEC" w14:textId="77777777" w:rsidTr="00846EA3">
        <w:tc>
          <w:tcPr>
            <w:tcW w:w="4316" w:type="dxa"/>
          </w:tcPr>
          <w:p w14:paraId="75634EDC" w14:textId="77777777" w:rsidR="00204410" w:rsidRPr="00E119F2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Registrikood</w:t>
            </w:r>
          </w:p>
        </w:tc>
        <w:tc>
          <w:tcPr>
            <w:tcW w:w="4314" w:type="dxa"/>
          </w:tcPr>
          <w:p w14:paraId="7DD55264" w14:textId="77777777" w:rsidR="00204410" w:rsidRPr="00E119F2" w:rsidRDefault="00204410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04410" w:rsidRPr="0063068C" w14:paraId="4B4C6864" w14:textId="77777777" w:rsidTr="00846EA3">
        <w:tc>
          <w:tcPr>
            <w:tcW w:w="4316" w:type="dxa"/>
          </w:tcPr>
          <w:p w14:paraId="148A17D8" w14:textId="77777777" w:rsidR="00204410" w:rsidRPr="00E119F2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Õiguslik vorm</w:t>
            </w:r>
          </w:p>
          <w:p w14:paraId="10C17DBB" w14:textId="3ABBF53A" w:rsidR="00204410" w:rsidRPr="00E119F2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i/>
                <w:sz w:val="16"/>
                <w:lang w:val="et-EE"/>
              </w:rPr>
              <w:t>MTÜ või SA</w:t>
            </w:r>
          </w:p>
        </w:tc>
        <w:tc>
          <w:tcPr>
            <w:tcW w:w="4314" w:type="dxa"/>
          </w:tcPr>
          <w:p w14:paraId="6A01349D" w14:textId="77777777" w:rsidR="00204410" w:rsidRPr="00E119F2" w:rsidRDefault="00204410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7C6471" w:rsidRPr="0063068C" w14:paraId="42F6DDA3" w14:textId="77777777" w:rsidTr="00846EA3">
        <w:tc>
          <w:tcPr>
            <w:tcW w:w="4316" w:type="dxa"/>
          </w:tcPr>
          <w:p w14:paraId="62B290CF" w14:textId="0B728562" w:rsidR="007C6471" w:rsidRPr="00E119F2" w:rsidRDefault="007C6471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Juriidiline aadress</w:t>
            </w:r>
          </w:p>
        </w:tc>
        <w:tc>
          <w:tcPr>
            <w:tcW w:w="4314" w:type="dxa"/>
          </w:tcPr>
          <w:p w14:paraId="776A4570" w14:textId="77777777" w:rsidR="007C6471" w:rsidRPr="00E119F2" w:rsidRDefault="007C6471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04410" w:rsidRPr="0063068C" w14:paraId="44661416" w14:textId="77777777" w:rsidTr="00846EA3">
        <w:tc>
          <w:tcPr>
            <w:tcW w:w="4316" w:type="dxa"/>
          </w:tcPr>
          <w:p w14:paraId="4D4D99BF" w14:textId="5A775E21" w:rsidR="00204410" w:rsidRPr="00E119F2" w:rsidRDefault="007C6471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Asukoha a</w:t>
            </w:r>
            <w:r w:rsidR="006651DF" w:rsidRPr="00E119F2">
              <w:rPr>
                <w:rFonts w:ascii="Times New Roman" w:hAnsi="Times New Roman" w:cs="Times New Roman"/>
                <w:lang w:val="et-EE"/>
              </w:rPr>
              <w:t>adress</w:t>
            </w:r>
          </w:p>
        </w:tc>
        <w:tc>
          <w:tcPr>
            <w:tcW w:w="4314" w:type="dxa"/>
          </w:tcPr>
          <w:p w14:paraId="351010ED" w14:textId="77777777" w:rsidR="00204410" w:rsidRPr="00E119F2" w:rsidRDefault="00204410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04410" w:rsidRPr="0063068C" w14:paraId="2B078B56" w14:textId="77777777" w:rsidTr="00846EA3">
        <w:tc>
          <w:tcPr>
            <w:tcW w:w="4316" w:type="dxa"/>
          </w:tcPr>
          <w:p w14:paraId="1B1D6E7B" w14:textId="77777777" w:rsidR="00204410" w:rsidRPr="00E119F2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E-post</w:t>
            </w:r>
          </w:p>
        </w:tc>
        <w:tc>
          <w:tcPr>
            <w:tcW w:w="4314" w:type="dxa"/>
          </w:tcPr>
          <w:p w14:paraId="53241A08" w14:textId="77777777" w:rsidR="00204410" w:rsidRPr="00E119F2" w:rsidRDefault="00204410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04410" w:rsidRPr="0063068C" w14:paraId="1DD98F66" w14:textId="77777777" w:rsidTr="00846EA3">
        <w:tc>
          <w:tcPr>
            <w:tcW w:w="4316" w:type="dxa"/>
          </w:tcPr>
          <w:p w14:paraId="5B792155" w14:textId="77777777" w:rsidR="00204410" w:rsidRPr="00E119F2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Telefon</w:t>
            </w:r>
          </w:p>
        </w:tc>
        <w:tc>
          <w:tcPr>
            <w:tcW w:w="4314" w:type="dxa"/>
          </w:tcPr>
          <w:p w14:paraId="51009178" w14:textId="77777777" w:rsidR="00204410" w:rsidRPr="00E119F2" w:rsidRDefault="00204410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04410" w:rsidRPr="0063068C" w14:paraId="4962B2D9" w14:textId="77777777" w:rsidTr="00846EA3">
        <w:tc>
          <w:tcPr>
            <w:tcW w:w="4316" w:type="dxa"/>
          </w:tcPr>
          <w:p w14:paraId="3E5EF7A0" w14:textId="77777777" w:rsidR="00204410" w:rsidRPr="00E119F2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Juhatuse liikme nimi</w:t>
            </w:r>
          </w:p>
        </w:tc>
        <w:tc>
          <w:tcPr>
            <w:tcW w:w="4314" w:type="dxa"/>
          </w:tcPr>
          <w:p w14:paraId="5C4E781C" w14:textId="77777777" w:rsidR="00204410" w:rsidRPr="00E119F2" w:rsidRDefault="00204410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04410" w:rsidRPr="0063068C" w14:paraId="34BBCFCF" w14:textId="77777777" w:rsidTr="00846EA3">
        <w:tc>
          <w:tcPr>
            <w:tcW w:w="4316" w:type="dxa"/>
          </w:tcPr>
          <w:p w14:paraId="6A73FF27" w14:textId="77777777" w:rsidR="00204410" w:rsidRPr="00E119F2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Pank ja arvelduskonto number</w:t>
            </w:r>
          </w:p>
        </w:tc>
        <w:tc>
          <w:tcPr>
            <w:tcW w:w="4314" w:type="dxa"/>
          </w:tcPr>
          <w:p w14:paraId="7F107094" w14:textId="77777777" w:rsidR="00204410" w:rsidRPr="00E119F2" w:rsidRDefault="00204410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846EA3" w:rsidRPr="0063068C" w14:paraId="43821DC9" w14:textId="77777777" w:rsidTr="00846EA3">
        <w:tc>
          <w:tcPr>
            <w:tcW w:w="4316" w:type="dxa"/>
          </w:tcPr>
          <w:p w14:paraId="2A9090BA" w14:textId="77777777" w:rsidR="00846EA3" w:rsidRPr="00E119F2" w:rsidRDefault="00846EA3" w:rsidP="00846EA3">
            <w:pPr>
              <w:spacing w:before="60" w:after="60"/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lang w:val="et-EE"/>
              </w:rPr>
              <w:t>Kas projekti kuludelt tasutud käibemaks on tagastatav?</w:t>
            </w:r>
          </w:p>
          <w:p w14:paraId="0D1EB913" w14:textId="4B6B9E9E" w:rsidR="00846EA3" w:rsidRPr="00E119F2" w:rsidRDefault="00B7637E" w:rsidP="00846EA3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t-EE"/>
              </w:rPr>
              <w:t>Märkige „jah“, kui projektiga seotud kulude käibemaks on Maksu- ja Tolliameti poolt tagastatav, või „ei“, kui käibemaks jääb taotleja kanda.</w:t>
            </w:r>
          </w:p>
        </w:tc>
        <w:tc>
          <w:tcPr>
            <w:tcW w:w="4314" w:type="dxa"/>
          </w:tcPr>
          <w:p w14:paraId="6EAED083" w14:textId="5252AC50" w:rsidR="00846EA3" w:rsidRPr="00E119F2" w:rsidRDefault="00846EA3">
            <w:pPr>
              <w:rPr>
                <w:rFonts w:ascii="Times New Roman" w:hAnsi="Times New Roman" w:cs="Times New Roman"/>
                <w:lang w:val="et-EE"/>
              </w:rPr>
            </w:pPr>
            <w:r w:rsidRPr="00E119F2">
              <w:rPr>
                <w:rFonts w:ascii="Times New Roman" w:hAnsi="Times New Roman" w:cs="Times New Roman"/>
              </w:rPr>
              <w:t>Jah/Ei</w:t>
            </w:r>
          </w:p>
        </w:tc>
      </w:tr>
    </w:tbl>
    <w:p w14:paraId="31224FAC" w14:textId="0C573FFF" w:rsidR="00E70002" w:rsidRPr="0063068C" w:rsidRDefault="006651DF" w:rsidP="00E70002">
      <w:pPr>
        <w:pStyle w:val="Heading2"/>
        <w:rPr>
          <w:rFonts w:ascii="Times New Roman" w:hAnsi="Times New Roman" w:cs="Times New Roman"/>
          <w:color w:val="auto"/>
          <w:sz w:val="24"/>
          <w:szCs w:val="24"/>
          <w:lang w:val="et-EE"/>
        </w:rPr>
      </w:pPr>
      <w:r w:rsidRPr="0063068C">
        <w:rPr>
          <w:rFonts w:ascii="Times New Roman" w:hAnsi="Times New Roman" w:cs="Times New Roman"/>
          <w:color w:val="auto"/>
          <w:sz w:val="24"/>
          <w:szCs w:val="24"/>
          <w:lang w:val="et-EE"/>
        </w:rPr>
        <w:t>II. PROJEKTI ANDMED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204410" w:rsidRPr="0063068C" w14:paraId="60DCEDE8" w14:textId="77777777" w:rsidTr="00592562">
        <w:tc>
          <w:tcPr>
            <w:tcW w:w="4315" w:type="dxa"/>
          </w:tcPr>
          <w:p w14:paraId="7A477EFF" w14:textId="362CEA55" w:rsidR="00204410" w:rsidRPr="0063068C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Projekti nim</w:t>
            </w:r>
            <w:r w:rsidR="00B700A2" w:rsidRPr="0063068C">
              <w:rPr>
                <w:rFonts w:ascii="Times New Roman" w:hAnsi="Times New Roman" w:cs="Times New Roman"/>
                <w:lang w:val="et-EE"/>
              </w:rPr>
              <w:t>i</w:t>
            </w:r>
          </w:p>
        </w:tc>
        <w:tc>
          <w:tcPr>
            <w:tcW w:w="4315" w:type="dxa"/>
          </w:tcPr>
          <w:p w14:paraId="23DFEEE8" w14:textId="77777777" w:rsidR="00204410" w:rsidRPr="0063068C" w:rsidRDefault="00204410">
            <w:pPr>
              <w:rPr>
                <w:lang w:val="et-EE"/>
              </w:rPr>
            </w:pPr>
          </w:p>
        </w:tc>
      </w:tr>
      <w:tr w:rsidR="00204410" w:rsidRPr="0063068C" w14:paraId="6EDD26D1" w14:textId="77777777" w:rsidTr="00592562">
        <w:tc>
          <w:tcPr>
            <w:tcW w:w="4315" w:type="dxa"/>
          </w:tcPr>
          <w:p w14:paraId="169FBCE5" w14:textId="77777777" w:rsidR="00204410" w:rsidRPr="0063068C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Projekti kestus</w:t>
            </w:r>
          </w:p>
          <w:p w14:paraId="091E47FB" w14:textId="73DD20D5" w:rsidR="00204410" w:rsidRPr="0063068C" w:rsidRDefault="00264813">
            <w:pPr>
              <w:rPr>
                <w:rFonts w:ascii="Times New Roman" w:hAnsi="Times New Roman" w:cs="Times New Roman"/>
                <w:lang w:val="nb-NO"/>
              </w:rPr>
            </w:pPr>
            <w:r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>Algus- ja lõppkuupäevad (nt 01.05.2026–30.10.2026)</w:t>
            </w:r>
            <w:r w:rsidR="00E119F2">
              <w:rPr>
                <w:rFonts w:ascii="Times New Roman" w:hAnsi="Times New Roman" w:cs="Times New Roman"/>
                <w:i/>
                <w:sz w:val="16"/>
                <w:lang w:val="et-EE"/>
              </w:rPr>
              <w:t>.</w:t>
            </w:r>
          </w:p>
        </w:tc>
        <w:tc>
          <w:tcPr>
            <w:tcW w:w="4315" w:type="dxa"/>
          </w:tcPr>
          <w:p w14:paraId="69BC10CB" w14:textId="77777777" w:rsidR="00204410" w:rsidRPr="0063068C" w:rsidRDefault="00204410">
            <w:pPr>
              <w:rPr>
                <w:lang w:val="et-EE"/>
              </w:rPr>
            </w:pPr>
          </w:p>
        </w:tc>
      </w:tr>
      <w:tr w:rsidR="00204410" w:rsidRPr="0063068C" w14:paraId="18C3C708" w14:textId="77777777" w:rsidTr="00592562">
        <w:trPr>
          <w:trHeight w:val="261"/>
        </w:trPr>
        <w:tc>
          <w:tcPr>
            <w:tcW w:w="4315" w:type="dxa"/>
          </w:tcPr>
          <w:p w14:paraId="35270F6C" w14:textId="77777777" w:rsidR="00204410" w:rsidRPr="0063068C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Projekti elluviimise koht</w:t>
            </w:r>
          </w:p>
          <w:p w14:paraId="36876080" w14:textId="7DFF57D0" w:rsidR="00204410" w:rsidRPr="0063068C" w:rsidRDefault="00846EA3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 xml:space="preserve">Projekti tegevused </w:t>
            </w:r>
            <w:r w:rsidR="00852ADA"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>peavad toimuma</w:t>
            </w:r>
            <w:r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 xml:space="preserve"> Narvas ja/või on suunatud Narva ja linlaste arengule või heaolule.</w:t>
            </w:r>
          </w:p>
        </w:tc>
        <w:tc>
          <w:tcPr>
            <w:tcW w:w="4315" w:type="dxa"/>
          </w:tcPr>
          <w:p w14:paraId="028DE62C" w14:textId="77777777" w:rsidR="00204410" w:rsidRPr="0063068C" w:rsidRDefault="00204410">
            <w:pPr>
              <w:rPr>
                <w:lang w:val="et-EE"/>
              </w:rPr>
            </w:pPr>
          </w:p>
        </w:tc>
      </w:tr>
      <w:tr w:rsidR="00204410" w:rsidRPr="0063068C" w14:paraId="4D894640" w14:textId="77777777" w:rsidTr="00592562">
        <w:tc>
          <w:tcPr>
            <w:tcW w:w="4315" w:type="dxa"/>
          </w:tcPr>
          <w:p w14:paraId="44D5B275" w14:textId="7B1B576A" w:rsidR="00204410" w:rsidRPr="0063068C" w:rsidRDefault="005051B4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Projekti eesmärk, vajadus ja sihtrühm</w:t>
            </w:r>
          </w:p>
          <w:p w14:paraId="552C0EE4" w14:textId="3ACC2042" w:rsidR="00204410" w:rsidRPr="0063068C" w:rsidRDefault="003C2595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>Kirjeldage projekti eesmärki, millist vajadust või probleemi projekt lahendab, ning määratlege projekti sihtrühm</w:t>
            </w:r>
            <w:r w:rsidR="00E70002"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>.</w:t>
            </w:r>
          </w:p>
        </w:tc>
        <w:tc>
          <w:tcPr>
            <w:tcW w:w="4315" w:type="dxa"/>
          </w:tcPr>
          <w:p w14:paraId="1644193F" w14:textId="5A523F39" w:rsidR="00204410" w:rsidRPr="0063068C" w:rsidRDefault="00C400E4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Kuni 4000 tähemärki (koos tühikutega)</w:t>
            </w:r>
          </w:p>
        </w:tc>
      </w:tr>
      <w:tr w:rsidR="00204410" w:rsidRPr="0063068C" w14:paraId="29A14218" w14:textId="77777777" w:rsidTr="00592562">
        <w:tc>
          <w:tcPr>
            <w:tcW w:w="4315" w:type="dxa"/>
          </w:tcPr>
          <w:p w14:paraId="2658E037" w14:textId="3CA2205D" w:rsidR="00204410" w:rsidRPr="0063068C" w:rsidRDefault="00552D98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P</w:t>
            </w:r>
            <w:r w:rsidR="00C84963" w:rsidRPr="0063068C">
              <w:rPr>
                <w:rFonts w:ascii="Times New Roman" w:hAnsi="Times New Roman" w:cs="Times New Roman"/>
                <w:lang w:val="et-EE"/>
              </w:rPr>
              <w:t>rojekti</w:t>
            </w:r>
            <w:r w:rsidRPr="0063068C">
              <w:rPr>
                <w:rFonts w:ascii="Times New Roman" w:hAnsi="Times New Roman" w:cs="Times New Roman"/>
                <w:lang w:val="et-EE"/>
              </w:rPr>
              <w:t xml:space="preserve"> t</w:t>
            </w:r>
            <w:r w:rsidR="006651DF" w:rsidRPr="0063068C">
              <w:rPr>
                <w:rFonts w:ascii="Times New Roman" w:hAnsi="Times New Roman" w:cs="Times New Roman"/>
                <w:lang w:val="et-EE"/>
              </w:rPr>
              <w:t>egevused</w:t>
            </w:r>
          </w:p>
          <w:p w14:paraId="3A9E6517" w14:textId="63AAE9F9" w:rsidR="00204410" w:rsidRPr="0063068C" w:rsidRDefault="006535D9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>Kirjeldage projekti peamisi tegevusi.</w:t>
            </w:r>
          </w:p>
        </w:tc>
        <w:tc>
          <w:tcPr>
            <w:tcW w:w="4315" w:type="dxa"/>
          </w:tcPr>
          <w:p w14:paraId="6998E54A" w14:textId="7E127A56" w:rsidR="00204410" w:rsidRPr="0063068C" w:rsidRDefault="00C400E4">
            <w:pPr>
              <w:rPr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Kuni 4000 tähemärki (koos tühikutega)</w:t>
            </w:r>
          </w:p>
        </w:tc>
      </w:tr>
      <w:tr w:rsidR="00204410" w:rsidRPr="0063068C" w14:paraId="0C7DB524" w14:textId="77777777" w:rsidTr="00592562">
        <w:tc>
          <w:tcPr>
            <w:tcW w:w="4315" w:type="dxa"/>
          </w:tcPr>
          <w:p w14:paraId="2A715003" w14:textId="77777777" w:rsidR="00204410" w:rsidRPr="0063068C" w:rsidRDefault="006651DF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Oodatavad tulemused ja mõju</w:t>
            </w:r>
          </w:p>
          <w:p w14:paraId="58174CE5" w14:textId="0B9BBEC9" w:rsidR="00204410" w:rsidRPr="0063068C" w:rsidRDefault="003C2595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>Kirjeldage</w:t>
            </w:r>
            <w:r w:rsidR="006535D9"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>,</w:t>
            </w:r>
            <w:r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 xml:space="preserve"> </w:t>
            </w:r>
            <w:r w:rsidR="006535D9"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>millised tulemused projektiga saavutatakse ja millist mõju need avaldavad.</w:t>
            </w:r>
          </w:p>
        </w:tc>
        <w:tc>
          <w:tcPr>
            <w:tcW w:w="4315" w:type="dxa"/>
          </w:tcPr>
          <w:p w14:paraId="10EDC3D0" w14:textId="25EC21D1" w:rsidR="00204410" w:rsidRPr="0063068C" w:rsidRDefault="00C400E4">
            <w:pPr>
              <w:rPr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Kuni 4000 tähemärki (koos tühikutega)</w:t>
            </w:r>
          </w:p>
        </w:tc>
      </w:tr>
      <w:tr w:rsidR="00483347" w:rsidRPr="0063068C" w14:paraId="081D30C6" w14:textId="77777777" w:rsidTr="00C918B9">
        <w:tc>
          <w:tcPr>
            <w:tcW w:w="4315" w:type="dxa"/>
          </w:tcPr>
          <w:p w14:paraId="57FDE571" w14:textId="77777777" w:rsidR="00483347" w:rsidRPr="0063068C" w:rsidRDefault="00483347" w:rsidP="00C918B9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Projekti lühikirjeldus</w:t>
            </w:r>
          </w:p>
          <w:p w14:paraId="425807AD" w14:textId="2895405C" w:rsidR="00483347" w:rsidRPr="0063068C" w:rsidRDefault="0056362B" w:rsidP="00C918B9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i/>
                <w:sz w:val="16"/>
                <w:lang w:val="et-EE"/>
              </w:rPr>
              <w:t>Esitage projekti lühikirjeldus, mida Narva Linnavalitsusel on õigus kasutada oma veebilehel, sotsiaalmeedias, teabematerjalides ning muudes kommunikatsioonikanalites toetatud projekti ja toetusmeetme tutvustamiseks.</w:t>
            </w:r>
          </w:p>
        </w:tc>
        <w:tc>
          <w:tcPr>
            <w:tcW w:w="4315" w:type="dxa"/>
          </w:tcPr>
          <w:p w14:paraId="462B59B4" w14:textId="77777777" w:rsidR="00483347" w:rsidRPr="0063068C" w:rsidRDefault="00483347" w:rsidP="00C918B9">
            <w:pPr>
              <w:rPr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Kuni 700 tähemärki (koos tühikutega)</w:t>
            </w:r>
          </w:p>
        </w:tc>
      </w:tr>
    </w:tbl>
    <w:p w14:paraId="60AB996E" w14:textId="77777777" w:rsidR="00E70002" w:rsidRPr="0063068C" w:rsidRDefault="00E70002" w:rsidP="00E70002">
      <w:pPr>
        <w:spacing w:after="0"/>
        <w:rPr>
          <w:rFonts w:ascii="Times New Roman" w:hAnsi="Times New Roman" w:cs="Times New Roman"/>
          <w:sz w:val="24"/>
          <w:szCs w:val="24"/>
          <w:lang w:val="et-EE"/>
        </w:rPr>
      </w:pPr>
    </w:p>
    <w:p w14:paraId="00316DEC" w14:textId="526A3F62" w:rsidR="00E70002" w:rsidRPr="0063068C" w:rsidRDefault="006651DF" w:rsidP="00E70002">
      <w:pPr>
        <w:spacing w:after="0"/>
        <w:rPr>
          <w:rFonts w:ascii="Times New Roman" w:hAnsi="Times New Roman" w:cs="Times New Roman"/>
          <w:b/>
          <w:bCs/>
        </w:rPr>
      </w:pPr>
      <w:r w:rsidRPr="0063068C">
        <w:rPr>
          <w:rFonts w:ascii="Times New Roman" w:hAnsi="Times New Roman" w:cs="Times New Roman"/>
          <w:b/>
          <w:bCs/>
          <w:sz w:val="24"/>
          <w:szCs w:val="24"/>
          <w:lang w:val="et-EE"/>
        </w:rPr>
        <w:t>III.</w:t>
      </w:r>
      <w:r w:rsidRPr="0063068C">
        <w:rPr>
          <w:rFonts w:ascii="Times New Roman" w:hAnsi="Times New Roman" w:cs="Times New Roman"/>
          <w:sz w:val="24"/>
          <w:szCs w:val="24"/>
          <w:lang w:val="et-EE"/>
        </w:rPr>
        <w:t xml:space="preserve"> </w:t>
      </w:r>
      <w:r w:rsidR="00E70002" w:rsidRPr="0063068C">
        <w:rPr>
          <w:rFonts w:ascii="Times New Roman" w:hAnsi="Times New Roman" w:cs="Times New Roman"/>
          <w:b/>
          <w:bCs/>
        </w:rPr>
        <w:t>PROJEKTI ÜLDEELARVE JA FINANTSEERIMINE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2114"/>
      </w:tblGrid>
      <w:tr w:rsidR="00E70002" w:rsidRPr="0063068C" w14:paraId="0555B28C" w14:textId="77777777" w:rsidTr="004E563F">
        <w:tc>
          <w:tcPr>
            <w:tcW w:w="6516" w:type="dxa"/>
          </w:tcPr>
          <w:p w14:paraId="1B68742D" w14:textId="77777777" w:rsidR="00E70002" w:rsidRPr="0063068C" w:rsidRDefault="00E70002" w:rsidP="00E70002">
            <w:pPr>
              <w:rPr>
                <w:b/>
                <w:bCs/>
                <w:lang w:val="et-EE"/>
              </w:rPr>
            </w:pPr>
            <w:r w:rsidRPr="0063068C">
              <w:rPr>
                <w:rStyle w:val="Strong"/>
                <w:lang w:val="et-EE"/>
              </w:rPr>
              <w:t>Näitaja</w:t>
            </w:r>
          </w:p>
        </w:tc>
        <w:tc>
          <w:tcPr>
            <w:tcW w:w="2114" w:type="dxa"/>
          </w:tcPr>
          <w:p w14:paraId="113DA7A9" w14:textId="77777777" w:rsidR="00E70002" w:rsidRPr="0063068C" w:rsidRDefault="00E70002" w:rsidP="00E70002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>Summa (eurodes)</w:t>
            </w:r>
          </w:p>
        </w:tc>
      </w:tr>
      <w:tr w:rsidR="00E70002" w:rsidRPr="0063068C" w14:paraId="104BBEC9" w14:textId="77777777" w:rsidTr="004E563F">
        <w:tc>
          <w:tcPr>
            <w:tcW w:w="6516" w:type="dxa"/>
          </w:tcPr>
          <w:p w14:paraId="43AF6885" w14:textId="77777777" w:rsidR="00E70002" w:rsidRPr="0063068C" w:rsidRDefault="00E70002" w:rsidP="00E70002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>Projekti kogumaksumus</w:t>
            </w:r>
          </w:p>
        </w:tc>
        <w:tc>
          <w:tcPr>
            <w:tcW w:w="2114" w:type="dxa"/>
          </w:tcPr>
          <w:p w14:paraId="3B4990FB" w14:textId="77777777" w:rsidR="00E70002" w:rsidRPr="0063068C" w:rsidRDefault="00E70002" w:rsidP="00E70002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4372FA" w:rsidRPr="0063068C" w14:paraId="68737F80" w14:textId="77777777" w:rsidTr="004E563F">
        <w:tc>
          <w:tcPr>
            <w:tcW w:w="6516" w:type="dxa"/>
          </w:tcPr>
          <w:p w14:paraId="17C4679F" w14:textId="531A0167" w:rsidR="004372FA" w:rsidRPr="0063068C" w:rsidRDefault="004372FA" w:rsidP="00E70002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 xml:space="preserve">Projekti toetus </w:t>
            </w:r>
            <w:proofErr w:type="spellStart"/>
            <w:r w:rsidR="00772F89" w:rsidRPr="0063068C">
              <w:rPr>
                <w:rFonts w:ascii="Times New Roman" w:hAnsi="Times New Roman" w:cs="Times New Roman"/>
              </w:rPr>
              <w:t>põhitoetuse</w:t>
            </w:r>
            <w:proofErr w:type="spellEnd"/>
            <w:r w:rsidR="00772F89" w:rsidRPr="0063068C">
              <w:rPr>
                <w:rFonts w:ascii="Times New Roman" w:hAnsi="Times New Roman" w:cs="Times New Roman"/>
              </w:rPr>
              <w:t xml:space="preserve"> </w:t>
            </w:r>
            <w:r w:rsidRPr="0063068C">
              <w:rPr>
                <w:rFonts w:ascii="Times New Roman" w:hAnsi="Times New Roman" w:cs="Times New Roman"/>
                <w:lang w:val="et-EE"/>
              </w:rPr>
              <w:t>programmist või toetusmeetmest</w:t>
            </w:r>
          </w:p>
        </w:tc>
        <w:tc>
          <w:tcPr>
            <w:tcW w:w="2114" w:type="dxa"/>
          </w:tcPr>
          <w:p w14:paraId="64C804F8" w14:textId="77777777" w:rsidR="004372FA" w:rsidRPr="0063068C" w:rsidRDefault="004372FA" w:rsidP="00E70002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70002" w:rsidRPr="0063068C" w14:paraId="424C586A" w14:textId="77777777" w:rsidTr="004E563F">
        <w:tc>
          <w:tcPr>
            <w:tcW w:w="6516" w:type="dxa"/>
          </w:tcPr>
          <w:p w14:paraId="44E2D114" w14:textId="77777777" w:rsidR="00E70002" w:rsidRPr="0063068C" w:rsidRDefault="00E70002" w:rsidP="00E70002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rFonts w:ascii="Times New Roman" w:hAnsi="Times New Roman" w:cs="Times New Roman"/>
                <w:lang w:val="et-EE"/>
              </w:rPr>
              <w:t xml:space="preserve">Projekti omafinantseeringu summa </w:t>
            </w:r>
          </w:p>
        </w:tc>
        <w:tc>
          <w:tcPr>
            <w:tcW w:w="2114" w:type="dxa"/>
          </w:tcPr>
          <w:p w14:paraId="4C7BBE9D" w14:textId="77777777" w:rsidR="00E70002" w:rsidRPr="0063068C" w:rsidRDefault="00E70002" w:rsidP="00E70002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E70002" w:rsidRPr="0063068C" w14:paraId="609A364F" w14:textId="77777777" w:rsidTr="004E563F">
        <w:tc>
          <w:tcPr>
            <w:tcW w:w="6516" w:type="dxa"/>
          </w:tcPr>
          <w:p w14:paraId="4AD60D5B" w14:textId="77777777" w:rsidR="00E70002" w:rsidRPr="0063068C" w:rsidRDefault="00E70002" w:rsidP="00E70002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 xml:space="preserve">Taotletav Narva linna kaasfinantseerimise summa </w:t>
            </w:r>
          </w:p>
        </w:tc>
        <w:tc>
          <w:tcPr>
            <w:tcW w:w="2114" w:type="dxa"/>
          </w:tcPr>
          <w:p w14:paraId="10CB4171" w14:textId="77777777" w:rsidR="00E70002" w:rsidRPr="0063068C" w:rsidRDefault="00E70002" w:rsidP="00E70002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</w:tbl>
    <w:p w14:paraId="0F92B818" w14:textId="59F46AA4" w:rsidR="00E70002" w:rsidRPr="0063068C" w:rsidRDefault="00E70002" w:rsidP="00E70002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63068C">
        <w:rPr>
          <w:rFonts w:ascii="Times New Roman" w:hAnsi="Times New Roman" w:cs="Times New Roman"/>
          <w:color w:val="auto"/>
          <w:sz w:val="24"/>
          <w:szCs w:val="24"/>
        </w:rPr>
        <w:lastRenderedPageBreak/>
        <w:t>IV. TEGEVUSED, MILLELE TAOTLETAKSE NARVA LINNA KAASFINANTSEERIMIST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0"/>
        <w:gridCol w:w="1635"/>
        <w:gridCol w:w="2111"/>
        <w:gridCol w:w="2074"/>
      </w:tblGrid>
      <w:tr w:rsidR="00C21236" w:rsidRPr="0063068C" w14:paraId="4DE9DA6F" w14:textId="756DB15C" w:rsidTr="00E70002">
        <w:tc>
          <w:tcPr>
            <w:tcW w:w="2810" w:type="dxa"/>
          </w:tcPr>
          <w:p w14:paraId="3D52342D" w14:textId="77777777" w:rsidR="00C84963" w:rsidRPr="0063068C" w:rsidRDefault="00C21236" w:rsidP="00C84963">
            <w:pPr>
              <w:rPr>
                <w:b/>
                <w:lang w:val="nb-NO"/>
              </w:rPr>
            </w:pPr>
            <w:bookmarkStart w:id="0" w:name="_Hlk209009642"/>
            <w:r w:rsidRPr="0063068C">
              <w:rPr>
                <w:b/>
                <w:lang w:val="et-EE"/>
              </w:rPr>
              <w:t xml:space="preserve">Tegevuse nimetus </w:t>
            </w:r>
          </w:p>
          <w:p w14:paraId="4C16E609" w14:textId="0FE2BFD7" w:rsidR="00C21236" w:rsidRPr="0063068C" w:rsidRDefault="00727599" w:rsidP="00C84963">
            <w:pPr>
              <w:rPr>
                <w:rFonts w:ascii="Times New Roman" w:hAnsi="Times New Roman" w:cs="Times New Roman"/>
                <w:lang w:val="et-EE"/>
              </w:rPr>
            </w:pPr>
            <w:r w:rsidRPr="0063068C">
              <w:rPr>
                <w:i/>
                <w:iCs/>
                <w:sz w:val="18"/>
                <w:szCs w:val="18"/>
                <w:lang w:val="et-EE"/>
              </w:rPr>
              <w:t xml:space="preserve">Kirjeldage </w:t>
            </w:r>
            <w:r w:rsidR="006535D9" w:rsidRPr="0063068C">
              <w:rPr>
                <w:i/>
                <w:iCs/>
                <w:sz w:val="18"/>
                <w:szCs w:val="18"/>
                <w:lang w:val="et-EE"/>
              </w:rPr>
              <w:t>projekti tegevus</w:t>
            </w:r>
            <w:r w:rsidRPr="0063068C">
              <w:rPr>
                <w:i/>
                <w:iCs/>
                <w:sz w:val="18"/>
                <w:szCs w:val="18"/>
                <w:lang w:val="et-EE"/>
              </w:rPr>
              <w:t>i</w:t>
            </w:r>
            <w:r w:rsidR="006535D9" w:rsidRPr="0063068C">
              <w:rPr>
                <w:i/>
                <w:iCs/>
                <w:sz w:val="18"/>
                <w:szCs w:val="18"/>
                <w:lang w:val="et-EE"/>
              </w:rPr>
              <w:t>, millele taotlete Narva linna</w:t>
            </w:r>
            <w:r w:rsidR="00E70002" w:rsidRPr="0063068C">
              <w:rPr>
                <w:i/>
                <w:iCs/>
                <w:sz w:val="18"/>
                <w:szCs w:val="18"/>
                <w:lang w:val="et-EE"/>
              </w:rPr>
              <w:t xml:space="preserve"> </w:t>
            </w:r>
            <w:r w:rsidR="006535D9" w:rsidRPr="0063068C">
              <w:rPr>
                <w:i/>
                <w:iCs/>
                <w:sz w:val="18"/>
                <w:szCs w:val="18"/>
                <w:lang w:val="et-EE"/>
              </w:rPr>
              <w:t>kaasfinantseerimist.</w:t>
            </w:r>
          </w:p>
        </w:tc>
        <w:tc>
          <w:tcPr>
            <w:tcW w:w="1635" w:type="dxa"/>
          </w:tcPr>
          <w:p w14:paraId="2583D75D" w14:textId="09AFC9A4" w:rsidR="00C21236" w:rsidRPr="0063068C" w:rsidRDefault="00E77FEB" w:rsidP="00790D35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>Tegevuse eelarve</w:t>
            </w:r>
            <w:r w:rsidR="00C21236" w:rsidRPr="0063068C">
              <w:rPr>
                <w:rFonts w:ascii="Times New Roman" w:hAnsi="Times New Roman" w:cs="Times New Roman"/>
                <w:b/>
                <w:bCs/>
                <w:lang w:val="et-EE"/>
              </w:rPr>
              <w:t xml:space="preserve"> kokku (eurodes)</w:t>
            </w:r>
          </w:p>
        </w:tc>
        <w:tc>
          <w:tcPr>
            <w:tcW w:w="2111" w:type="dxa"/>
          </w:tcPr>
          <w:p w14:paraId="74E92A79" w14:textId="4FB4B010" w:rsidR="00C21236" w:rsidRPr="0063068C" w:rsidRDefault="00C21236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>Omafinantseerimise summa</w:t>
            </w:r>
          </w:p>
          <w:p w14:paraId="445323D6" w14:textId="57EFDCBF" w:rsidR="00C21236" w:rsidRPr="0063068C" w:rsidRDefault="00C21236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>(eurodes)</w:t>
            </w:r>
          </w:p>
        </w:tc>
        <w:tc>
          <w:tcPr>
            <w:tcW w:w="2074" w:type="dxa"/>
          </w:tcPr>
          <w:p w14:paraId="0C3A035F" w14:textId="0588032D" w:rsidR="00C21236" w:rsidRPr="0063068C" w:rsidRDefault="00EF1392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 xml:space="preserve">Taotletav </w:t>
            </w:r>
            <w:r w:rsidR="00E70002" w:rsidRPr="0063068C">
              <w:rPr>
                <w:rFonts w:ascii="Times New Roman" w:hAnsi="Times New Roman" w:cs="Times New Roman"/>
                <w:b/>
                <w:bCs/>
                <w:lang w:val="et-EE"/>
              </w:rPr>
              <w:t xml:space="preserve">Narva linna </w:t>
            </w: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 xml:space="preserve">kaasfinantseerimise summa (eurodes) </w:t>
            </w:r>
          </w:p>
        </w:tc>
      </w:tr>
      <w:tr w:rsidR="00C21236" w:rsidRPr="0063068C" w14:paraId="45B11726" w14:textId="28A00B2F" w:rsidTr="00E70002">
        <w:tc>
          <w:tcPr>
            <w:tcW w:w="2810" w:type="dxa"/>
          </w:tcPr>
          <w:p w14:paraId="1F6DB163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635" w:type="dxa"/>
          </w:tcPr>
          <w:p w14:paraId="4E3AED5E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111" w:type="dxa"/>
          </w:tcPr>
          <w:p w14:paraId="4B06422F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4" w:type="dxa"/>
          </w:tcPr>
          <w:p w14:paraId="1ED9E258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C21236" w:rsidRPr="0063068C" w14:paraId="358646DE" w14:textId="27CCFC66" w:rsidTr="00E70002">
        <w:tc>
          <w:tcPr>
            <w:tcW w:w="2810" w:type="dxa"/>
          </w:tcPr>
          <w:p w14:paraId="35D1EB24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635" w:type="dxa"/>
          </w:tcPr>
          <w:p w14:paraId="513691DA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111" w:type="dxa"/>
          </w:tcPr>
          <w:p w14:paraId="2C218EF2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4" w:type="dxa"/>
          </w:tcPr>
          <w:p w14:paraId="7DFB91E5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C21236" w:rsidRPr="0063068C" w14:paraId="772D5638" w14:textId="3718EAEA" w:rsidTr="00E70002">
        <w:tc>
          <w:tcPr>
            <w:tcW w:w="2810" w:type="dxa"/>
          </w:tcPr>
          <w:p w14:paraId="7B5970FC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635" w:type="dxa"/>
          </w:tcPr>
          <w:p w14:paraId="3150788C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111" w:type="dxa"/>
          </w:tcPr>
          <w:p w14:paraId="2241BE86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4" w:type="dxa"/>
          </w:tcPr>
          <w:p w14:paraId="51F8DC10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C21236" w:rsidRPr="0063068C" w14:paraId="451CF602" w14:textId="531F2F79" w:rsidTr="00E70002">
        <w:tc>
          <w:tcPr>
            <w:tcW w:w="2810" w:type="dxa"/>
          </w:tcPr>
          <w:p w14:paraId="21518780" w14:textId="77777777" w:rsidR="00C21236" w:rsidRPr="0063068C" w:rsidRDefault="00C21236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>Kokku</w:t>
            </w:r>
          </w:p>
        </w:tc>
        <w:tc>
          <w:tcPr>
            <w:tcW w:w="1635" w:type="dxa"/>
          </w:tcPr>
          <w:p w14:paraId="4FC7F55E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111" w:type="dxa"/>
          </w:tcPr>
          <w:p w14:paraId="06A92E06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2074" w:type="dxa"/>
          </w:tcPr>
          <w:p w14:paraId="6E6D10BE" w14:textId="77777777" w:rsidR="00C21236" w:rsidRPr="0063068C" w:rsidRDefault="00C21236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bookmarkEnd w:id="0"/>
    </w:tbl>
    <w:p w14:paraId="35C366B3" w14:textId="06FE237E" w:rsidR="00EF1392" w:rsidRPr="0063068C" w:rsidRDefault="00EF1392">
      <w:pPr>
        <w:rPr>
          <w:rFonts w:ascii="Times New Roman" w:hAnsi="Times New Roman" w:cs="Times New Roman"/>
          <w:lang w:val="et-EE"/>
        </w:rPr>
      </w:pPr>
    </w:p>
    <w:p w14:paraId="194CD642" w14:textId="51D9B731" w:rsidR="00204410" w:rsidRPr="0063068C" w:rsidRDefault="006651DF">
      <w:pPr>
        <w:pStyle w:val="Heading2"/>
        <w:rPr>
          <w:rFonts w:ascii="Times New Roman" w:hAnsi="Times New Roman" w:cs="Times New Roman"/>
          <w:color w:val="auto"/>
          <w:sz w:val="24"/>
          <w:szCs w:val="24"/>
          <w:lang w:val="et-EE"/>
        </w:rPr>
      </w:pPr>
      <w:r w:rsidRPr="0063068C">
        <w:rPr>
          <w:rFonts w:ascii="Times New Roman" w:hAnsi="Times New Roman" w:cs="Times New Roman"/>
          <w:color w:val="auto"/>
          <w:sz w:val="24"/>
          <w:szCs w:val="24"/>
          <w:lang w:val="et-EE"/>
        </w:rPr>
        <w:t xml:space="preserve">V. </w:t>
      </w:r>
      <w:r w:rsidR="004372FA" w:rsidRPr="0063068C">
        <w:rPr>
          <w:rFonts w:ascii="Times New Roman" w:hAnsi="Times New Roman" w:cs="Times New Roman"/>
          <w:color w:val="auto"/>
          <w:sz w:val="24"/>
          <w:szCs w:val="24"/>
        </w:rPr>
        <w:t>MUUD RAHASTAMISALLIKAD</w:t>
      </w:r>
    </w:p>
    <w:p w14:paraId="1D35CDC7" w14:textId="77777777" w:rsidR="0063068C" w:rsidRPr="0063068C" w:rsidRDefault="0063068C">
      <w:pPr>
        <w:rPr>
          <w:rFonts w:ascii="Times New Roman" w:hAnsi="Times New Roman" w:cs="Times New Roman"/>
          <w:lang w:val="et-EE"/>
        </w:rPr>
      </w:pPr>
      <w:r w:rsidRPr="0063068C">
        <w:rPr>
          <w:rFonts w:ascii="Times New Roman" w:hAnsi="Times New Roman" w:cs="Times New Roman"/>
          <w:lang w:val="et-EE"/>
        </w:rPr>
        <w:t>Kas projektile või selle tegevustele on taotletud või saadud toetust muudest rahastamisallikatest (nt riiklikest programmidest, Euroopa Liidu fondidest, Narva linna eelarvest või muudest fondidest)?</w:t>
      </w:r>
    </w:p>
    <w:p w14:paraId="6D614FB1" w14:textId="0BD24AB7" w:rsidR="00C27A20" w:rsidRPr="0063068C" w:rsidRDefault="00000000">
      <w:pPr>
        <w:rPr>
          <w:rFonts w:ascii="Times New Roman" w:hAnsi="Times New Roman" w:cs="Times New Roman"/>
          <w:lang w:val="et-EE"/>
        </w:rPr>
      </w:pPr>
      <w:sdt>
        <w:sdtPr>
          <w:rPr>
            <w:rFonts w:ascii="Times New Roman" w:hAnsi="Times New Roman" w:cs="Times New Roman"/>
            <w:lang w:val="et-EE"/>
          </w:rPr>
          <w:id w:val="-601843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19F2">
            <w:rPr>
              <w:rFonts w:ascii="MS Gothic" w:eastAsia="MS Gothic" w:hAnsi="MS Gothic" w:cs="Times New Roman" w:hint="eastAsia"/>
              <w:lang w:val="et-EE"/>
            </w:rPr>
            <w:t>☐</w:t>
          </w:r>
        </w:sdtContent>
      </w:sdt>
      <w:r w:rsidR="006651DF" w:rsidRPr="0063068C">
        <w:rPr>
          <w:rFonts w:ascii="Times New Roman" w:hAnsi="Times New Roman" w:cs="Times New Roman"/>
          <w:lang w:val="et-EE"/>
        </w:rPr>
        <w:t xml:space="preserve">Jah   </w:t>
      </w:r>
    </w:p>
    <w:p w14:paraId="33C467BC" w14:textId="7390DEF4" w:rsidR="00204410" w:rsidRPr="0063068C" w:rsidRDefault="00000000">
      <w:pPr>
        <w:rPr>
          <w:rFonts w:ascii="Times New Roman" w:hAnsi="Times New Roman" w:cs="Times New Roman"/>
          <w:b/>
          <w:bCs/>
          <w:lang w:val="et-EE"/>
        </w:rPr>
      </w:pPr>
      <w:sdt>
        <w:sdtPr>
          <w:rPr>
            <w:rFonts w:ascii="Times New Roman" w:hAnsi="Times New Roman" w:cs="Times New Roman"/>
            <w:lang w:val="et-EE"/>
          </w:rPr>
          <w:id w:val="-2058844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576C">
            <w:rPr>
              <w:rFonts w:ascii="MS Gothic" w:eastAsia="MS Gothic" w:hAnsi="MS Gothic" w:cs="Times New Roman" w:hint="eastAsia"/>
              <w:lang w:val="et-EE"/>
            </w:rPr>
            <w:t>☐</w:t>
          </w:r>
        </w:sdtContent>
      </w:sdt>
      <w:r w:rsidR="006651DF" w:rsidRPr="0063068C">
        <w:rPr>
          <w:rFonts w:ascii="Times New Roman" w:hAnsi="Times New Roman" w:cs="Times New Roman"/>
          <w:lang w:val="et-EE"/>
        </w:rPr>
        <w:t>Ei</w:t>
      </w:r>
      <w:r w:rsidR="006651DF" w:rsidRPr="0063068C">
        <w:rPr>
          <w:rFonts w:ascii="Times New Roman" w:hAnsi="Times New Roman" w:cs="Times New Roman"/>
          <w:lang w:val="et-EE"/>
        </w:rPr>
        <w:br/>
      </w:r>
      <w:r w:rsidR="006651DF" w:rsidRPr="0063068C">
        <w:rPr>
          <w:rFonts w:ascii="Times New Roman" w:hAnsi="Times New Roman" w:cs="Times New Roman"/>
          <w:lang w:val="et-EE"/>
        </w:rPr>
        <w:br/>
      </w:r>
      <w:r w:rsidR="002312E9" w:rsidRPr="0063068C">
        <w:rPr>
          <w:rFonts w:ascii="Times New Roman" w:hAnsi="Times New Roman" w:cs="Times New Roman"/>
          <w:lang w:val="et-EE"/>
        </w:rPr>
        <w:t>Kui jah, märkige toetuse andja, toetava programmi või toetusmeetme nimetus, toetuse summa ning tegevused, mida selle toetusega rahastatakse.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511"/>
        <w:gridCol w:w="1871"/>
        <w:gridCol w:w="3260"/>
      </w:tblGrid>
      <w:tr w:rsidR="00247899" w:rsidRPr="0063068C" w14:paraId="4042F802" w14:textId="77777777" w:rsidTr="00247899">
        <w:tc>
          <w:tcPr>
            <w:tcW w:w="3511" w:type="dxa"/>
          </w:tcPr>
          <w:p w14:paraId="1AB8BBF5" w14:textId="111F135F" w:rsidR="002312E9" w:rsidRPr="0063068C" w:rsidRDefault="002312E9" w:rsidP="002312E9">
            <w:pPr>
              <w:rPr>
                <w:b/>
                <w:bCs/>
                <w:lang w:val="et-EE"/>
              </w:rPr>
            </w:pPr>
            <w:r w:rsidRPr="0063068C">
              <w:rPr>
                <w:rStyle w:val="Strong"/>
                <w:lang w:val="et-EE"/>
              </w:rPr>
              <w:t>Projekti tegevused, mida rahastatakse teisest programmist või toetusmeetmest</w:t>
            </w:r>
          </w:p>
          <w:p w14:paraId="589229F7" w14:textId="075108CD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871" w:type="dxa"/>
          </w:tcPr>
          <w:p w14:paraId="6FF50B9A" w14:textId="1D08F4DD" w:rsidR="00247899" w:rsidRPr="0063068C" w:rsidRDefault="00247899" w:rsidP="00D632AB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 xml:space="preserve">Toetuse summa </w:t>
            </w:r>
          </w:p>
          <w:p w14:paraId="26CAFFAB" w14:textId="77777777" w:rsidR="00247899" w:rsidRPr="0063068C" w:rsidRDefault="00247899" w:rsidP="00D632AB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>(eurodes)</w:t>
            </w:r>
          </w:p>
        </w:tc>
        <w:tc>
          <w:tcPr>
            <w:tcW w:w="3260" w:type="dxa"/>
          </w:tcPr>
          <w:p w14:paraId="54BF0C2D" w14:textId="0C272841" w:rsidR="00247899" w:rsidRPr="0063068C" w:rsidRDefault="00247899" w:rsidP="00D632AB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 xml:space="preserve">Toetuse andja / </w:t>
            </w:r>
            <w:r w:rsidR="00D70A18" w:rsidRPr="0063068C">
              <w:rPr>
                <w:rFonts w:ascii="Times New Roman" w:hAnsi="Times New Roman" w:cs="Times New Roman"/>
                <w:b/>
                <w:bCs/>
                <w:lang w:val="et-EE"/>
              </w:rPr>
              <w:t>toetava programmi või toetusmeetme</w:t>
            </w:r>
            <w:r w:rsidR="00D70A18" w:rsidRPr="0063068C">
              <w:rPr>
                <w:rFonts w:ascii="Times New Roman" w:hAnsi="Times New Roman" w:cs="Times New Roman"/>
                <w:lang w:val="et-EE"/>
              </w:rPr>
              <w:t xml:space="preserve"> </w:t>
            </w: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>nimetus</w:t>
            </w:r>
          </w:p>
        </w:tc>
      </w:tr>
      <w:tr w:rsidR="00247899" w:rsidRPr="0063068C" w14:paraId="1BAA99AC" w14:textId="77777777" w:rsidTr="00247899">
        <w:tc>
          <w:tcPr>
            <w:tcW w:w="3511" w:type="dxa"/>
          </w:tcPr>
          <w:p w14:paraId="64314083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871" w:type="dxa"/>
          </w:tcPr>
          <w:p w14:paraId="12057AE2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3260" w:type="dxa"/>
          </w:tcPr>
          <w:p w14:paraId="7747E1B3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47899" w:rsidRPr="0063068C" w14:paraId="683E9534" w14:textId="77777777" w:rsidTr="00247899">
        <w:tc>
          <w:tcPr>
            <w:tcW w:w="3511" w:type="dxa"/>
          </w:tcPr>
          <w:p w14:paraId="7AD628E2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871" w:type="dxa"/>
          </w:tcPr>
          <w:p w14:paraId="53A70831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3260" w:type="dxa"/>
          </w:tcPr>
          <w:p w14:paraId="49F21C90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47899" w:rsidRPr="0063068C" w14:paraId="5BAA0F49" w14:textId="77777777" w:rsidTr="00247899">
        <w:tc>
          <w:tcPr>
            <w:tcW w:w="3511" w:type="dxa"/>
          </w:tcPr>
          <w:p w14:paraId="43EEE460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1871" w:type="dxa"/>
          </w:tcPr>
          <w:p w14:paraId="504D08FB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3260" w:type="dxa"/>
          </w:tcPr>
          <w:p w14:paraId="365E532F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  <w:tr w:rsidR="00247899" w:rsidRPr="0063068C" w14:paraId="578E976D" w14:textId="77777777" w:rsidTr="00247899">
        <w:tc>
          <w:tcPr>
            <w:tcW w:w="3511" w:type="dxa"/>
          </w:tcPr>
          <w:p w14:paraId="26193BDD" w14:textId="77777777" w:rsidR="00247899" w:rsidRPr="0063068C" w:rsidRDefault="00247899" w:rsidP="00D632AB">
            <w:pPr>
              <w:rPr>
                <w:rFonts w:ascii="Times New Roman" w:hAnsi="Times New Roman" w:cs="Times New Roman"/>
                <w:b/>
                <w:bCs/>
                <w:lang w:val="et-EE"/>
              </w:rPr>
            </w:pPr>
            <w:r w:rsidRPr="0063068C">
              <w:rPr>
                <w:rFonts w:ascii="Times New Roman" w:hAnsi="Times New Roman" w:cs="Times New Roman"/>
                <w:b/>
                <w:bCs/>
                <w:lang w:val="et-EE"/>
              </w:rPr>
              <w:t>Kokku</w:t>
            </w:r>
          </w:p>
        </w:tc>
        <w:tc>
          <w:tcPr>
            <w:tcW w:w="1871" w:type="dxa"/>
          </w:tcPr>
          <w:p w14:paraId="5816604B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  <w:tc>
          <w:tcPr>
            <w:tcW w:w="3260" w:type="dxa"/>
          </w:tcPr>
          <w:p w14:paraId="6D790A57" w14:textId="77777777" w:rsidR="00247899" w:rsidRPr="0063068C" w:rsidRDefault="00247899" w:rsidP="00D632AB">
            <w:pPr>
              <w:rPr>
                <w:rFonts w:ascii="Times New Roman" w:hAnsi="Times New Roman" w:cs="Times New Roman"/>
                <w:lang w:val="et-EE"/>
              </w:rPr>
            </w:pPr>
          </w:p>
        </w:tc>
      </w:tr>
    </w:tbl>
    <w:p w14:paraId="159A90B3" w14:textId="77777777" w:rsidR="00C21236" w:rsidRPr="0063068C" w:rsidRDefault="00C21236">
      <w:pPr>
        <w:rPr>
          <w:rFonts w:ascii="Times New Roman" w:hAnsi="Times New Roman" w:cs="Times New Roman"/>
          <w:lang w:val="et-EE"/>
        </w:rPr>
      </w:pPr>
    </w:p>
    <w:p w14:paraId="10CC7543" w14:textId="2A482931" w:rsidR="00204410" w:rsidRPr="0063068C" w:rsidRDefault="006651DF">
      <w:pPr>
        <w:pStyle w:val="Heading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3068C">
        <w:rPr>
          <w:rFonts w:ascii="Times New Roman" w:hAnsi="Times New Roman" w:cs="Times New Roman"/>
          <w:color w:val="auto"/>
          <w:sz w:val="24"/>
          <w:szCs w:val="24"/>
          <w:lang w:val="et-EE"/>
        </w:rPr>
        <w:t>V</w:t>
      </w:r>
      <w:r w:rsidR="002312E9" w:rsidRPr="0063068C">
        <w:rPr>
          <w:rFonts w:ascii="Times New Roman" w:hAnsi="Times New Roman" w:cs="Times New Roman"/>
          <w:color w:val="auto"/>
          <w:sz w:val="24"/>
          <w:szCs w:val="24"/>
          <w:lang w:val="et-EE"/>
        </w:rPr>
        <w:t>I</w:t>
      </w:r>
      <w:r w:rsidRPr="0063068C">
        <w:rPr>
          <w:rFonts w:ascii="Times New Roman" w:hAnsi="Times New Roman" w:cs="Times New Roman"/>
          <w:color w:val="auto"/>
          <w:sz w:val="24"/>
          <w:szCs w:val="24"/>
          <w:lang w:val="et-EE"/>
        </w:rPr>
        <w:t>. KINNITUS</w:t>
      </w:r>
    </w:p>
    <w:p w14:paraId="08BA377A" w14:textId="77777777" w:rsidR="002E4227" w:rsidRPr="0063068C" w:rsidRDefault="006651DF" w:rsidP="002E4227">
      <w:pPr>
        <w:rPr>
          <w:rFonts w:ascii="Times New Roman" w:hAnsi="Times New Roman" w:cs="Times New Roman"/>
          <w:lang w:val="et-EE"/>
        </w:rPr>
      </w:pPr>
      <w:r w:rsidRPr="0063068C">
        <w:rPr>
          <w:rFonts w:ascii="Times New Roman" w:hAnsi="Times New Roman" w:cs="Times New Roman"/>
          <w:lang w:val="et-EE"/>
        </w:rPr>
        <w:t>Kinnitan, et:</w:t>
      </w:r>
    </w:p>
    <w:p w14:paraId="3D6F5E01" w14:textId="02FE766D" w:rsidR="00EF1392" w:rsidRPr="0063068C" w:rsidRDefault="00000000" w:rsidP="004A6636">
      <w:pPr>
        <w:spacing w:after="0"/>
        <w:rPr>
          <w:rFonts w:ascii="Times New Roman" w:hAnsi="Times New Roman" w:cs="Times New Roman"/>
          <w:lang w:val="et-EE"/>
        </w:rPr>
      </w:pPr>
      <w:sdt>
        <w:sdtPr>
          <w:rPr>
            <w:rFonts w:ascii="Times New Roman" w:hAnsi="Times New Roman" w:cs="Times New Roman"/>
            <w:lang w:val="et-EE"/>
          </w:rPr>
          <w:id w:val="17172345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D6BA9" w:rsidRPr="0063068C">
            <w:rPr>
              <w:rFonts w:ascii="MS Gothic" w:eastAsia="MS Gothic" w:hAnsi="MS Gothic" w:cs="Times New Roman" w:hint="eastAsia"/>
              <w:lang w:val="et-EE"/>
            </w:rPr>
            <w:t>☐</w:t>
          </w:r>
        </w:sdtContent>
      </w:sdt>
      <w:r w:rsidR="00E119F2">
        <w:rPr>
          <w:rFonts w:ascii="Times New Roman" w:hAnsi="Times New Roman" w:cs="Times New Roman"/>
          <w:lang w:val="et-EE"/>
        </w:rPr>
        <w:t xml:space="preserve"> </w:t>
      </w:r>
      <w:r w:rsidR="00EF1392" w:rsidRPr="0063068C">
        <w:rPr>
          <w:rFonts w:ascii="Times New Roman" w:hAnsi="Times New Roman" w:cs="Times New Roman"/>
          <w:lang w:val="et-EE"/>
        </w:rPr>
        <w:t xml:space="preserve">esitatud andmed on õiged ja täielikud; </w:t>
      </w:r>
    </w:p>
    <w:p w14:paraId="758474F6" w14:textId="5A762F39" w:rsidR="00EF1392" w:rsidRPr="0063068C" w:rsidRDefault="00000000" w:rsidP="004A6636">
      <w:pPr>
        <w:spacing w:after="0"/>
        <w:rPr>
          <w:rFonts w:ascii="Times New Roman" w:hAnsi="Times New Roman" w:cs="Times New Roman"/>
          <w:lang w:val="et-EE"/>
        </w:rPr>
      </w:pPr>
      <w:sdt>
        <w:sdtPr>
          <w:rPr>
            <w:rFonts w:ascii="Times New Roman" w:hAnsi="Times New Roman" w:cs="Times New Roman"/>
            <w:lang w:val="et-EE"/>
          </w:rPr>
          <w:id w:val="-18184829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119F2">
            <w:rPr>
              <w:rFonts w:ascii="MS Gothic" w:eastAsia="MS Gothic" w:hAnsi="MS Gothic" w:cs="Times New Roman" w:hint="eastAsia"/>
              <w:lang w:val="et-EE"/>
            </w:rPr>
            <w:t>☐</w:t>
          </w:r>
        </w:sdtContent>
      </w:sdt>
      <w:r w:rsidR="00E119F2">
        <w:rPr>
          <w:rFonts w:ascii="Times New Roman" w:hAnsi="Times New Roman" w:cs="Times New Roman"/>
          <w:lang w:val="et-EE"/>
        </w:rPr>
        <w:t xml:space="preserve"> </w:t>
      </w:r>
      <w:r w:rsidR="00EF1392" w:rsidRPr="0063068C">
        <w:rPr>
          <w:rFonts w:ascii="Times New Roman" w:hAnsi="Times New Roman" w:cs="Times New Roman"/>
          <w:lang w:val="et-EE"/>
        </w:rPr>
        <w:t xml:space="preserve">mul on õigus esindada taotlejat ja esitada käesolev taotlus; </w:t>
      </w:r>
    </w:p>
    <w:p w14:paraId="75880384" w14:textId="50B1C15A" w:rsidR="00EF1392" w:rsidRDefault="00000000" w:rsidP="001564D7">
      <w:pPr>
        <w:rPr>
          <w:rFonts w:ascii="Times New Roman" w:hAnsi="Times New Roman" w:cs="Times New Roman"/>
          <w:lang w:val="et-EE"/>
        </w:rPr>
      </w:pPr>
      <w:sdt>
        <w:sdtPr>
          <w:rPr>
            <w:rFonts w:ascii="Times New Roman" w:hAnsi="Times New Roman" w:cs="Times New Roman"/>
            <w:lang w:val="et-EE"/>
          </w:rPr>
          <w:id w:val="747615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4813" w:rsidRPr="0063068C">
            <w:rPr>
              <w:rFonts w:ascii="MS Gothic" w:eastAsia="MS Gothic" w:hAnsi="MS Gothic" w:cs="Times New Roman" w:hint="eastAsia"/>
              <w:lang w:val="et-EE"/>
            </w:rPr>
            <w:t>☐</w:t>
          </w:r>
        </w:sdtContent>
      </w:sdt>
      <w:r w:rsidR="00025831" w:rsidRPr="0063068C">
        <w:rPr>
          <w:lang w:val="et-EE"/>
        </w:rPr>
        <w:t xml:space="preserve"> </w:t>
      </w:r>
      <w:r w:rsidR="001564D7" w:rsidRPr="0063068C">
        <w:rPr>
          <w:rFonts w:ascii="Times New Roman" w:hAnsi="Times New Roman" w:cs="Times New Roman"/>
          <w:lang w:val="et-EE"/>
        </w:rPr>
        <w:t xml:space="preserve">olen teadlik, et Narva Linnavolikogu 26.06.2026 määrusega nr 8 kinnitatud mittetulundusühingute ja sihtasutuste projektide kaasfinantseerimise korra §-s 12 sätestatud juhtudel kuulub kaasfinantseerimine tagastamisele ning </w:t>
      </w:r>
      <w:r w:rsidR="0063068C" w:rsidRPr="0063068C">
        <w:rPr>
          <w:rFonts w:ascii="Times New Roman" w:hAnsi="Times New Roman" w:cs="Times New Roman"/>
          <w:lang w:val="et-EE"/>
        </w:rPr>
        <w:t xml:space="preserve">Narva Linna Arenduse ja Ökonoomika </w:t>
      </w:r>
      <w:r w:rsidR="001564D7" w:rsidRPr="0063068C">
        <w:rPr>
          <w:rFonts w:ascii="Times New Roman" w:hAnsi="Times New Roman" w:cs="Times New Roman"/>
          <w:lang w:val="et-EE"/>
        </w:rPr>
        <w:t>Ametil on õigus nõuda toetuse tagastamist käesolevas korras sätestatud tingimustel</w:t>
      </w:r>
      <w:r w:rsidR="00C400E4" w:rsidRPr="0063068C">
        <w:rPr>
          <w:rFonts w:ascii="Times New Roman" w:hAnsi="Times New Roman" w:cs="Times New Roman"/>
          <w:lang w:val="et-EE"/>
        </w:rPr>
        <w:t>.</w:t>
      </w:r>
    </w:p>
    <w:p w14:paraId="12E846A0" w14:textId="77777777" w:rsidR="00501610" w:rsidRPr="0063068C" w:rsidRDefault="00501610" w:rsidP="001564D7">
      <w:pPr>
        <w:rPr>
          <w:rFonts w:ascii="Times New Roman" w:hAnsi="Times New Roman" w:cs="Times New Roman"/>
          <w:b/>
          <w:bCs/>
          <w:lang w:val="et-EE"/>
        </w:rPr>
      </w:pPr>
    </w:p>
    <w:p w14:paraId="5D6CB25D" w14:textId="77777777" w:rsidR="004A6636" w:rsidRPr="0063068C" w:rsidRDefault="004A6636" w:rsidP="004A6636">
      <w:pPr>
        <w:spacing w:after="0"/>
        <w:rPr>
          <w:rFonts w:ascii="Times New Roman" w:hAnsi="Times New Roman" w:cs="Times New Roman"/>
          <w:lang w:val="nb-NO"/>
        </w:rPr>
      </w:pPr>
    </w:p>
    <w:p w14:paraId="5F22E573" w14:textId="5DD66F7A" w:rsidR="006E0C6D" w:rsidRPr="0063068C" w:rsidRDefault="00705191" w:rsidP="00EF1392">
      <w:pPr>
        <w:rPr>
          <w:rFonts w:ascii="Times New Roman" w:hAnsi="Times New Roman" w:cs="Times New Roman"/>
          <w:lang w:val="et-EE"/>
        </w:rPr>
      </w:pPr>
      <w:r w:rsidRPr="0063068C">
        <w:rPr>
          <w:rFonts w:ascii="Times New Roman" w:eastAsiaTheme="majorEastAsia" w:hAnsi="Times New Roman" w:cs="Times New Roman"/>
          <w:b/>
          <w:bCs/>
          <w:sz w:val="24"/>
          <w:szCs w:val="24"/>
          <w:lang w:val="et-EE"/>
        </w:rPr>
        <w:t>VI</w:t>
      </w:r>
      <w:r w:rsidR="002312E9" w:rsidRPr="0063068C">
        <w:rPr>
          <w:rFonts w:ascii="Times New Roman" w:eastAsiaTheme="majorEastAsia" w:hAnsi="Times New Roman" w:cs="Times New Roman"/>
          <w:b/>
          <w:bCs/>
          <w:sz w:val="24"/>
          <w:szCs w:val="24"/>
          <w:lang w:val="et-EE"/>
        </w:rPr>
        <w:t>I</w:t>
      </w:r>
      <w:r w:rsidRPr="0063068C">
        <w:rPr>
          <w:rFonts w:ascii="Times New Roman" w:eastAsiaTheme="majorEastAsia" w:hAnsi="Times New Roman" w:cs="Times New Roman"/>
          <w:b/>
          <w:bCs/>
          <w:sz w:val="24"/>
          <w:szCs w:val="24"/>
          <w:lang w:val="et-EE"/>
        </w:rPr>
        <w:t xml:space="preserve">. </w:t>
      </w:r>
      <w:r w:rsidR="007C2239" w:rsidRPr="0063068C">
        <w:rPr>
          <w:rFonts w:ascii="Times New Roman" w:eastAsiaTheme="majorEastAsia" w:hAnsi="Times New Roman" w:cs="Times New Roman"/>
          <w:b/>
          <w:bCs/>
          <w:sz w:val="24"/>
          <w:szCs w:val="24"/>
          <w:lang w:val="et-EE"/>
        </w:rPr>
        <w:t>K</w:t>
      </w:r>
      <w:r w:rsidRPr="0063068C">
        <w:rPr>
          <w:rFonts w:ascii="Times New Roman" w:eastAsiaTheme="majorEastAsia" w:hAnsi="Times New Roman" w:cs="Times New Roman"/>
          <w:b/>
          <w:bCs/>
          <w:sz w:val="24"/>
          <w:szCs w:val="24"/>
          <w:lang w:val="et-EE"/>
        </w:rPr>
        <w:t>OHUSTUSLIKUD LISAD</w:t>
      </w:r>
    </w:p>
    <w:p w14:paraId="311BB13F" w14:textId="77777777" w:rsidR="0063068C" w:rsidRPr="0063068C" w:rsidRDefault="00E352FF" w:rsidP="0063068C">
      <w:pPr>
        <w:pStyle w:val="ListParagraph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lang w:val="et-EE"/>
        </w:rPr>
      </w:pPr>
      <w:r w:rsidRPr="0063068C">
        <w:rPr>
          <w:rFonts w:ascii="Times New Roman" w:hAnsi="Times New Roman" w:cs="Times New Roman"/>
          <w:lang w:val="et-EE"/>
        </w:rPr>
        <w:t>Toetuse andmise otsus või muu toetuse eraldamist tõendav dokument ning toetuse andmise leping, kui see on sõlmitud</w:t>
      </w:r>
      <w:r w:rsidR="00025831" w:rsidRPr="0063068C">
        <w:rPr>
          <w:rFonts w:ascii="Times New Roman" w:hAnsi="Times New Roman" w:cs="Times New Roman"/>
          <w:lang w:val="et-EE"/>
        </w:rPr>
        <w:t>;</w:t>
      </w:r>
    </w:p>
    <w:p w14:paraId="711D55B9" w14:textId="65466B0A" w:rsidR="00362309" w:rsidRPr="0063068C" w:rsidRDefault="0063068C" w:rsidP="0063068C">
      <w:pPr>
        <w:pStyle w:val="ListParagraph"/>
        <w:numPr>
          <w:ilvl w:val="0"/>
          <w:numId w:val="12"/>
        </w:numPr>
        <w:spacing w:after="160" w:line="259" w:lineRule="auto"/>
        <w:rPr>
          <w:rFonts w:ascii="Times New Roman" w:hAnsi="Times New Roman" w:cs="Times New Roman"/>
          <w:lang w:val="et-EE"/>
        </w:rPr>
      </w:pPr>
      <w:r w:rsidRPr="0063068C">
        <w:rPr>
          <w:rFonts w:ascii="Times New Roman" w:hAnsi="Times New Roman" w:cs="Times New Roman"/>
          <w:lang w:val="et-EE"/>
        </w:rPr>
        <w:t>Projekti toetanud programmi või toetusmeetme poolt kinnitatud detailne projekti eelarve, mille alusel projektile toetus eraldati.</w:t>
      </w:r>
    </w:p>
    <w:p w14:paraId="21AC775D" w14:textId="77777777" w:rsidR="004B6FA0" w:rsidRPr="0063068C" w:rsidRDefault="004B6FA0" w:rsidP="004B6FA0">
      <w:pPr>
        <w:widowControl w:val="0"/>
        <w:spacing w:after="160" w:line="256" w:lineRule="auto"/>
        <w:rPr>
          <w:rFonts w:ascii="Times New Roman" w:eastAsia="Times New Roman" w:hAnsi="Times New Roman" w:cs="Times New Roman"/>
          <w:sz w:val="24"/>
          <w:szCs w:val="20"/>
          <w:lang w:val="et-EE" w:eastAsia="et-EE"/>
        </w:rPr>
      </w:pPr>
    </w:p>
    <w:p w14:paraId="621B21DC" w14:textId="40D367D0" w:rsidR="004B6FA0" w:rsidRPr="0063068C" w:rsidRDefault="004B6FA0" w:rsidP="004B6FA0">
      <w:pPr>
        <w:widowControl w:val="0"/>
        <w:spacing w:after="160" w:line="256" w:lineRule="auto"/>
        <w:rPr>
          <w:rFonts w:ascii="Times New Roman" w:eastAsia="Times New Roman" w:hAnsi="Times New Roman" w:cs="Times New Roman"/>
          <w:sz w:val="24"/>
          <w:szCs w:val="20"/>
          <w:lang w:val="et-EE" w:eastAsia="et-EE"/>
        </w:rPr>
      </w:pPr>
      <w:r w:rsidRPr="0063068C">
        <w:rPr>
          <w:rFonts w:ascii="Times New Roman" w:eastAsia="Times New Roman" w:hAnsi="Times New Roman" w:cs="Times New Roman"/>
          <w:sz w:val="24"/>
          <w:szCs w:val="20"/>
          <w:lang w:val="et-EE" w:eastAsia="et-EE"/>
        </w:rPr>
        <w:t>Taotleja esindaja digitaalne allkiri</w:t>
      </w:r>
    </w:p>
    <w:p w14:paraId="2E162B41" w14:textId="77777777" w:rsidR="006E0C6D" w:rsidRPr="0063068C" w:rsidRDefault="006E0C6D"/>
    <w:sectPr w:rsidR="006E0C6D" w:rsidRPr="0063068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CC7F74"/>
    <w:multiLevelType w:val="hybridMultilevel"/>
    <w:tmpl w:val="8F923AF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30719F"/>
    <w:multiLevelType w:val="multilevel"/>
    <w:tmpl w:val="9E2A62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F11564B"/>
    <w:multiLevelType w:val="hybridMultilevel"/>
    <w:tmpl w:val="8AC657DE"/>
    <w:lvl w:ilvl="0" w:tplc="61DE215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32B0E"/>
    <w:multiLevelType w:val="hybridMultilevel"/>
    <w:tmpl w:val="F3C6A54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0715379">
    <w:abstractNumId w:val="8"/>
  </w:num>
  <w:num w:numId="2" w16cid:durableId="1175147242">
    <w:abstractNumId w:val="6"/>
  </w:num>
  <w:num w:numId="3" w16cid:durableId="187255476">
    <w:abstractNumId w:val="5"/>
  </w:num>
  <w:num w:numId="4" w16cid:durableId="1106273245">
    <w:abstractNumId w:val="4"/>
  </w:num>
  <w:num w:numId="5" w16cid:durableId="449670626">
    <w:abstractNumId w:val="7"/>
  </w:num>
  <w:num w:numId="6" w16cid:durableId="1298103112">
    <w:abstractNumId w:val="3"/>
  </w:num>
  <w:num w:numId="7" w16cid:durableId="637220311">
    <w:abstractNumId w:val="2"/>
  </w:num>
  <w:num w:numId="8" w16cid:durableId="1474443480">
    <w:abstractNumId w:val="1"/>
  </w:num>
  <w:num w:numId="9" w16cid:durableId="1066949277">
    <w:abstractNumId w:val="0"/>
  </w:num>
  <w:num w:numId="10" w16cid:durableId="957683276">
    <w:abstractNumId w:val="10"/>
  </w:num>
  <w:num w:numId="11" w16cid:durableId="855729580">
    <w:abstractNumId w:val="12"/>
  </w:num>
  <w:num w:numId="12" w16cid:durableId="2139294116">
    <w:abstractNumId w:val="9"/>
  </w:num>
  <w:num w:numId="13" w16cid:durableId="3405946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831"/>
    <w:rsid w:val="00034616"/>
    <w:rsid w:val="00047D3E"/>
    <w:rsid w:val="00052E42"/>
    <w:rsid w:val="0006063C"/>
    <w:rsid w:val="00067489"/>
    <w:rsid w:val="0009091C"/>
    <w:rsid w:val="000B20FA"/>
    <w:rsid w:val="000F5321"/>
    <w:rsid w:val="00144F42"/>
    <w:rsid w:val="0015074B"/>
    <w:rsid w:val="001564D7"/>
    <w:rsid w:val="0017209E"/>
    <w:rsid w:val="001B351F"/>
    <w:rsid w:val="00201028"/>
    <w:rsid w:val="00204410"/>
    <w:rsid w:val="00230AE6"/>
    <w:rsid w:val="002312E9"/>
    <w:rsid w:val="00247899"/>
    <w:rsid w:val="00262150"/>
    <w:rsid w:val="00264813"/>
    <w:rsid w:val="0029639D"/>
    <w:rsid w:val="002A1AE1"/>
    <w:rsid w:val="002E4227"/>
    <w:rsid w:val="002E6C55"/>
    <w:rsid w:val="00326F90"/>
    <w:rsid w:val="00362309"/>
    <w:rsid w:val="0037742E"/>
    <w:rsid w:val="003B6179"/>
    <w:rsid w:val="003C2595"/>
    <w:rsid w:val="004372FA"/>
    <w:rsid w:val="004612A5"/>
    <w:rsid w:val="00483347"/>
    <w:rsid w:val="004A6636"/>
    <w:rsid w:val="004B6FA0"/>
    <w:rsid w:val="004C0EB9"/>
    <w:rsid w:val="004D5A95"/>
    <w:rsid w:val="004F576C"/>
    <w:rsid w:val="00501610"/>
    <w:rsid w:val="005051B4"/>
    <w:rsid w:val="00524925"/>
    <w:rsid w:val="005259FD"/>
    <w:rsid w:val="005361C3"/>
    <w:rsid w:val="00541D8D"/>
    <w:rsid w:val="00552D98"/>
    <w:rsid w:val="00553166"/>
    <w:rsid w:val="0056362B"/>
    <w:rsid w:val="00592562"/>
    <w:rsid w:val="005C7CF1"/>
    <w:rsid w:val="005C7F67"/>
    <w:rsid w:val="0061119D"/>
    <w:rsid w:val="00613BF8"/>
    <w:rsid w:val="0063068C"/>
    <w:rsid w:val="00645F90"/>
    <w:rsid w:val="006535D9"/>
    <w:rsid w:val="006651DF"/>
    <w:rsid w:val="00672067"/>
    <w:rsid w:val="00686A58"/>
    <w:rsid w:val="006A563E"/>
    <w:rsid w:val="006E0C6D"/>
    <w:rsid w:val="00705191"/>
    <w:rsid w:val="00727599"/>
    <w:rsid w:val="00750C3C"/>
    <w:rsid w:val="00772F89"/>
    <w:rsid w:val="00790D35"/>
    <w:rsid w:val="007A78FF"/>
    <w:rsid w:val="007C2239"/>
    <w:rsid w:val="007C6471"/>
    <w:rsid w:val="007F4A31"/>
    <w:rsid w:val="00840D7D"/>
    <w:rsid w:val="00846EA3"/>
    <w:rsid w:val="00852ADA"/>
    <w:rsid w:val="009A3989"/>
    <w:rsid w:val="009A7580"/>
    <w:rsid w:val="00A42CFE"/>
    <w:rsid w:val="00A8728B"/>
    <w:rsid w:val="00AA1D8D"/>
    <w:rsid w:val="00AD464C"/>
    <w:rsid w:val="00AD6BA9"/>
    <w:rsid w:val="00B120AE"/>
    <w:rsid w:val="00B324EA"/>
    <w:rsid w:val="00B342A2"/>
    <w:rsid w:val="00B47730"/>
    <w:rsid w:val="00B638B3"/>
    <w:rsid w:val="00B700A2"/>
    <w:rsid w:val="00B7637E"/>
    <w:rsid w:val="00B86ACA"/>
    <w:rsid w:val="00BC2022"/>
    <w:rsid w:val="00BD018C"/>
    <w:rsid w:val="00C0725F"/>
    <w:rsid w:val="00C20F0E"/>
    <w:rsid w:val="00C21236"/>
    <w:rsid w:val="00C27A20"/>
    <w:rsid w:val="00C400E4"/>
    <w:rsid w:val="00C41CE2"/>
    <w:rsid w:val="00C84963"/>
    <w:rsid w:val="00CA13C6"/>
    <w:rsid w:val="00CB0664"/>
    <w:rsid w:val="00CD1FD8"/>
    <w:rsid w:val="00D3331A"/>
    <w:rsid w:val="00D6429F"/>
    <w:rsid w:val="00D70A18"/>
    <w:rsid w:val="00DA594B"/>
    <w:rsid w:val="00DE7885"/>
    <w:rsid w:val="00E119F2"/>
    <w:rsid w:val="00E352FF"/>
    <w:rsid w:val="00E70002"/>
    <w:rsid w:val="00E77FEB"/>
    <w:rsid w:val="00E80D84"/>
    <w:rsid w:val="00E86186"/>
    <w:rsid w:val="00EF1392"/>
    <w:rsid w:val="00F452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78C669"/>
  <w14:defaultImageDpi w14:val="330"/>
  <w15:docId w15:val="{AEB4D882-22B4-4748-BE19-572F6794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8B3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F53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3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3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3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3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0027eb-0e27-4587-a9d0-8c96b1ff16e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1D224D102C41AE7EB9A1E1B8074E" ma:contentTypeVersion="8" ma:contentTypeDescription="Create a new document." ma:contentTypeScope="" ma:versionID="aef8855efd6d0cdd792bb591c9fbe848">
  <xsd:schema xmlns:xsd="http://www.w3.org/2001/XMLSchema" xmlns:xs="http://www.w3.org/2001/XMLSchema" xmlns:p="http://schemas.microsoft.com/office/2006/metadata/properties" xmlns:ns3="910027eb-0e27-4587-a9d0-8c96b1ff16ec" xmlns:ns4="2c5cc2e1-17f3-439a-a8c7-bfc2d6ae1c81" targetNamespace="http://schemas.microsoft.com/office/2006/metadata/properties" ma:root="true" ma:fieldsID="4a67f732d4a8049ffdc4fe7dd512d127" ns3:_="" ns4:_="">
    <xsd:import namespace="910027eb-0e27-4587-a9d0-8c96b1ff16ec"/>
    <xsd:import namespace="2c5cc2e1-17f3-439a-a8c7-bfc2d6ae1c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027eb-0e27-4587-a9d0-8c96b1ff16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cc2e1-17f3-439a-a8c7-bfc2d6ae1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DDA9D9-F716-4AAA-897E-5105BDB3EC0F}">
  <ds:schemaRefs>
    <ds:schemaRef ds:uri="http://schemas.microsoft.com/office/2006/metadata/properties"/>
    <ds:schemaRef ds:uri="http://schemas.microsoft.com/office/infopath/2007/PartnerControls"/>
    <ds:schemaRef ds:uri="910027eb-0e27-4587-a9d0-8c96b1ff16ec"/>
  </ds:schemaRefs>
</ds:datastoreItem>
</file>

<file path=customXml/itemProps3.xml><?xml version="1.0" encoding="utf-8"?>
<ds:datastoreItem xmlns:ds="http://schemas.openxmlformats.org/officeDocument/2006/customXml" ds:itemID="{349F0FFE-549A-4171-A8B5-273BFEA01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6D802C-51C1-4DA4-8F17-67E5196DE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027eb-0e27-4587-a9d0-8c96b1ff16ec"/>
    <ds:schemaRef ds:uri="2c5cc2e1-17f3-439a-a8c7-bfc2d6ae1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525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Olga Smirnova</cp:lastModifiedBy>
  <cp:revision>9</cp:revision>
  <dcterms:created xsi:type="dcterms:W3CDTF">2026-07-16T12:50:00Z</dcterms:created>
  <dcterms:modified xsi:type="dcterms:W3CDTF">2026-07-20T12:29:00Z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0x01010083C71D224D102C41AE7EB9A1E1B8074E</vt:lpwstr>
  </property>
</Properties>
</file>