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37B94" w14:textId="0B65D71A" w:rsidR="0021276A" w:rsidRDefault="0021276A" w:rsidP="0021276A">
      <w:pPr>
        <w:pStyle w:val="Title"/>
        <w:pBdr>
          <w:bottom w:val="none" w:sz="0" w:space="0" w:color="auto"/>
        </w:pBdr>
        <w:spacing w:after="0"/>
        <w:jc w:val="right"/>
        <w:rPr>
          <w:rFonts w:ascii="Times New Roman" w:hAnsi="Times New Roman" w:cs="Times New Roman"/>
          <w:color w:val="auto"/>
          <w:sz w:val="24"/>
          <w:szCs w:val="24"/>
          <w:lang w:val="et-EE"/>
        </w:rPr>
      </w:pPr>
      <w:r w:rsidRPr="0021276A">
        <w:rPr>
          <w:rFonts w:ascii="Times New Roman" w:hAnsi="Times New Roman" w:cs="Times New Roman"/>
          <w:color w:val="auto"/>
          <w:sz w:val="24"/>
          <w:szCs w:val="24"/>
          <w:lang w:val="et-EE"/>
        </w:rPr>
        <w:t>Lisa 2</w:t>
      </w:r>
    </w:p>
    <w:p w14:paraId="7438A23B" w14:textId="77777777" w:rsidR="0021276A" w:rsidRPr="0021276A" w:rsidRDefault="0021276A" w:rsidP="0021276A">
      <w:pPr>
        <w:rPr>
          <w:lang w:val="et-EE"/>
        </w:rPr>
      </w:pPr>
    </w:p>
    <w:p w14:paraId="33A18F25" w14:textId="3B38C18B" w:rsidR="000671C2" w:rsidRDefault="00253BF1" w:rsidP="0021276A">
      <w:pPr>
        <w:pStyle w:val="Title"/>
        <w:pBdr>
          <w:bottom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t-EE"/>
        </w:rPr>
      </w:pPr>
      <w:r w:rsidRPr="00FA5858">
        <w:rPr>
          <w:rFonts w:ascii="Times New Roman" w:hAnsi="Times New Roman" w:cs="Times New Roman"/>
          <w:b/>
          <w:bCs/>
          <w:color w:val="auto"/>
          <w:sz w:val="24"/>
          <w:szCs w:val="24"/>
          <w:lang w:val="et-EE"/>
        </w:rPr>
        <w:t>MITTETULUNDUSÜHINGUTE JA SIHTASUTUSTE PROJEKTIDE KAASFINANTSEERIMISE LÕPPARUANNE</w:t>
      </w:r>
    </w:p>
    <w:p w14:paraId="19A2FEEB" w14:textId="77777777" w:rsidR="0021276A" w:rsidRPr="0021276A" w:rsidRDefault="0021276A" w:rsidP="0021276A">
      <w:pPr>
        <w:rPr>
          <w:lang w:val="et-EE"/>
        </w:rPr>
      </w:pPr>
    </w:p>
    <w:p w14:paraId="420614A9" w14:textId="626D9AD9" w:rsidR="00B15EC5" w:rsidRPr="00FA5858" w:rsidRDefault="00000000" w:rsidP="000671C2">
      <w:pPr>
        <w:pStyle w:val="Heading1"/>
        <w:numPr>
          <w:ilvl w:val="0"/>
          <w:numId w:val="10"/>
        </w:numPr>
        <w:spacing w:before="0"/>
        <w:rPr>
          <w:rFonts w:ascii="Times New Roman" w:hAnsi="Times New Roman" w:cs="Times New Roman"/>
          <w:color w:val="auto"/>
          <w:sz w:val="22"/>
          <w:szCs w:val="22"/>
          <w:lang w:val="et-EE"/>
        </w:rPr>
      </w:pPr>
      <w:r w:rsidRPr="00FA5858">
        <w:rPr>
          <w:rFonts w:ascii="Times New Roman" w:hAnsi="Times New Roman" w:cs="Times New Roman"/>
          <w:color w:val="auto"/>
          <w:sz w:val="22"/>
          <w:szCs w:val="22"/>
          <w:lang w:val="et-EE"/>
        </w:rPr>
        <w:t>Projekti andmed</w:t>
      </w:r>
    </w:p>
    <w:p w14:paraId="28A66BFF" w14:textId="40D6C952" w:rsidR="00EC384B" w:rsidRPr="00FA5858" w:rsidRDefault="00000000" w:rsidP="000671C2">
      <w:pPr>
        <w:spacing w:after="0"/>
        <w:rPr>
          <w:rFonts w:ascii="Times New Roman" w:hAnsi="Times New Roman" w:cs="Times New Roman"/>
          <w:lang w:val="et-EE"/>
        </w:rPr>
      </w:pPr>
      <w:r w:rsidRPr="00FA5858">
        <w:rPr>
          <w:rFonts w:ascii="Times New Roman" w:hAnsi="Times New Roman" w:cs="Times New Roman"/>
          <w:lang w:val="et-EE"/>
        </w:rPr>
        <w:t xml:space="preserve">Projekti nimi: </w:t>
      </w:r>
      <w:r w:rsidR="00C3683D">
        <w:rPr>
          <w:rFonts w:ascii="Times New Roman" w:hAnsi="Times New Roman" w:cs="Times New Roman"/>
          <w:lang w:val="et-EE"/>
        </w:rPr>
        <w:t>…………………………..</w:t>
      </w:r>
    </w:p>
    <w:p w14:paraId="1389E42A" w14:textId="7B16790B" w:rsidR="00EC384B" w:rsidRPr="00FA5858" w:rsidRDefault="002120A6" w:rsidP="000671C2">
      <w:pPr>
        <w:spacing w:after="0"/>
        <w:rPr>
          <w:rFonts w:ascii="Times New Roman" w:hAnsi="Times New Roman" w:cs="Times New Roman"/>
          <w:lang w:val="et-EE"/>
        </w:rPr>
      </w:pPr>
      <w:r w:rsidRPr="00FA5858">
        <w:rPr>
          <w:rFonts w:ascii="Times New Roman" w:hAnsi="Times New Roman" w:cs="Times New Roman"/>
          <w:lang w:val="et-EE"/>
        </w:rPr>
        <w:t>Narva linna finantseerimislepingu number</w:t>
      </w:r>
      <w:r w:rsidR="005957C2" w:rsidRPr="00FA5858">
        <w:rPr>
          <w:rFonts w:ascii="Times New Roman" w:hAnsi="Times New Roman" w:cs="Times New Roman"/>
          <w:lang w:val="et-EE"/>
        </w:rPr>
        <w:t xml:space="preserve"> ja kuupäev</w:t>
      </w:r>
      <w:r w:rsidRPr="00FA5858">
        <w:rPr>
          <w:rFonts w:ascii="Times New Roman" w:hAnsi="Times New Roman" w:cs="Times New Roman"/>
          <w:lang w:val="et-EE"/>
        </w:rPr>
        <w:t xml:space="preserve">: </w:t>
      </w:r>
      <w:r w:rsidR="00C3683D">
        <w:rPr>
          <w:rFonts w:ascii="Times New Roman" w:hAnsi="Times New Roman" w:cs="Times New Roman"/>
          <w:lang w:val="et-EE"/>
        </w:rPr>
        <w:t>…………………………..</w:t>
      </w:r>
    </w:p>
    <w:p w14:paraId="2C02E086" w14:textId="282E835F" w:rsidR="00EC384B" w:rsidRPr="00FA5858" w:rsidRDefault="00253BF1" w:rsidP="000671C2">
      <w:pPr>
        <w:spacing w:after="0"/>
        <w:rPr>
          <w:rFonts w:ascii="Times New Roman" w:hAnsi="Times New Roman" w:cs="Times New Roman"/>
          <w:lang w:val="et-EE"/>
        </w:rPr>
      </w:pPr>
      <w:r w:rsidRPr="00FA5858">
        <w:rPr>
          <w:rFonts w:ascii="Times New Roman" w:hAnsi="Times New Roman" w:cs="Times New Roman"/>
          <w:lang w:val="et-EE"/>
        </w:rPr>
        <w:t>Projekti toeta</w:t>
      </w:r>
      <w:r w:rsidR="00B1244A" w:rsidRPr="00FA5858">
        <w:rPr>
          <w:rFonts w:ascii="Times New Roman" w:hAnsi="Times New Roman" w:cs="Times New Roman"/>
          <w:lang w:val="et-EE"/>
        </w:rPr>
        <w:t>nud</w:t>
      </w:r>
      <w:r w:rsidRPr="00FA5858">
        <w:rPr>
          <w:rFonts w:ascii="Times New Roman" w:hAnsi="Times New Roman" w:cs="Times New Roman"/>
          <w:lang w:val="et-EE"/>
        </w:rPr>
        <w:t xml:space="preserve"> programmi või toetusmeetme nimetus: </w:t>
      </w:r>
      <w:r w:rsidR="00C3683D">
        <w:rPr>
          <w:rFonts w:ascii="Times New Roman" w:hAnsi="Times New Roman" w:cs="Times New Roman"/>
          <w:lang w:val="et-EE"/>
        </w:rPr>
        <w:t>…………………………..</w:t>
      </w:r>
    </w:p>
    <w:p w14:paraId="056C302D" w14:textId="1B72AE67" w:rsidR="00EC384B" w:rsidRPr="00FA5858" w:rsidRDefault="002120A6" w:rsidP="000671C2">
      <w:pPr>
        <w:spacing w:after="0"/>
        <w:rPr>
          <w:rFonts w:ascii="Times New Roman" w:hAnsi="Times New Roman" w:cs="Times New Roman"/>
          <w:lang w:val="et-EE"/>
        </w:rPr>
      </w:pPr>
      <w:r w:rsidRPr="00FA5858">
        <w:rPr>
          <w:rFonts w:ascii="Times New Roman" w:hAnsi="Times New Roman" w:cs="Times New Roman"/>
          <w:lang w:val="et-EE"/>
        </w:rPr>
        <w:t xml:space="preserve">Toetuse saaja: </w:t>
      </w:r>
      <w:r w:rsidR="00C3683D">
        <w:rPr>
          <w:rFonts w:ascii="Times New Roman" w:hAnsi="Times New Roman" w:cs="Times New Roman"/>
          <w:lang w:val="et-EE"/>
        </w:rPr>
        <w:t>…………………………..</w:t>
      </w:r>
    </w:p>
    <w:p w14:paraId="2280EA5E" w14:textId="2CD9E502" w:rsidR="00EC384B" w:rsidRDefault="008314B2" w:rsidP="000671C2">
      <w:pPr>
        <w:spacing w:after="0"/>
        <w:rPr>
          <w:rFonts w:ascii="Times New Roman" w:hAnsi="Times New Roman" w:cs="Times New Roman"/>
          <w:lang w:val="et-EE"/>
        </w:rPr>
      </w:pPr>
      <w:r w:rsidRPr="00FA5858">
        <w:rPr>
          <w:rFonts w:ascii="Times New Roman" w:hAnsi="Times New Roman" w:cs="Times New Roman"/>
          <w:lang w:val="et-EE"/>
        </w:rPr>
        <w:t>Projekti periood:</w:t>
      </w:r>
      <w:r w:rsidR="00C3683D" w:rsidRPr="00C3683D">
        <w:rPr>
          <w:rFonts w:ascii="Times New Roman" w:hAnsi="Times New Roman" w:cs="Times New Roman"/>
          <w:lang w:val="et-EE"/>
        </w:rPr>
        <w:t xml:space="preserve"> </w:t>
      </w:r>
      <w:r w:rsidR="00C3683D">
        <w:rPr>
          <w:rFonts w:ascii="Times New Roman" w:hAnsi="Times New Roman" w:cs="Times New Roman"/>
          <w:lang w:val="et-EE"/>
        </w:rPr>
        <w:t>…………………………..</w:t>
      </w:r>
    </w:p>
    <w:p w14:paraId="2CC9187C" w14:textId="77777777" w:rsidR="000671C2" w:rsidRPr="00FA5858" w:rsidRDefault="000671C2" w:rsidP="000671C2">
      <w:pPr>
        <w:spacing w:after="0"/>
        <w:rPr>
          <w:rFonts w:ascii="Times New Roman" w:hAnsi="Times New Roman" w:cs="Times New Roman"/>
          <w:lang w:val="et-EE"/>
        </w:rPr>
      </w:pPr>
    </w:p>
    <w:p w14:paraId="46ABDE95" w14:textId="433941D6" w:rsidR="00EC384B" w:rsidRPr="00FA5858" w:rsidRDefault="00000000" w:rsidP="000671C2">
      <w:pPr>
        <w:pStyle w:val="Heading1"/>
        <w:numPr>
          <w:ilvl w:val="0"/>
          <w:numId w:val="10"/>
        </w:numPr>
        <w:spacing w:before="0"/>
        <w:rPr>
          <w:rFonts w:ascii="Times New Roman" w:hAnsi="Times New Roman" w:cs="Times New Roman"/>
          <w:color w:val="auto"/>
          <w:sz w:val="22"/>
          <w:szCs w:val="22"/>
          <w:lang w:val="et-EE"/>
        </w:rPr>
      </w:pPr>
      <w:r w:rsidRPr="00FA5858">
        <w:rPr>
          <w:rFonts w:ascii="Times New Roman" w:hAnsi="Times New Roman" w:cs="Times New Roman"/>
          <w:color w:val="auto"/>
          <w:sz w:val="22"/>
          <w:szCs w:val="22"/>
          <w:lang w:val="et-EE"/>
        </w:rPr>
        <w:t>Projekti lühikokkuvõte</w:t>
      </w:r>
    </w:p>
    <w:p w14:paraId="4A86CA14" w14:textId="276E5EB2" w:rsidR="00EC384B" w:rsidRDefault="005E6C25" w:rsidP="000671C2">
      <w:pPr>
        <w:spacing w:after="0"/>
        <w:rPr>
          <w:rFonts w:ascii="Times New Roman" w:hAnsi="Times New Roman" w:cs="Times New Roman"/>
          <w:i/>
          <w:iCs/>
          <w:lang w:val="et-EE"/>
        </w:rPr>
      </w:pPr>
      <w:r w:rsidRPr="00FA5858">
        <w:rPr>
          <w:rFonts w:ascii="Times New Roman" w:hAnsi="Times New Roman" w:cs="Times New Roman"/>
          <w:i/>
          <w:iCs/>
          <w:lang w:val="et-EE"/>
        </w:rPr>
        <w:t xml:space="preserve">Kirjeldage lühidalt </w:t>
      </w:r>
      <w:r w:rsidR="002033A5" w:rsidRPr="00FA5858">
        <w:rPr>
          <w:rFonts w:ascii="Times New Roman" w:hAnsi="Times New Roman" w:cs="Times New Roman"/>
          <w:i/>
          <w:iCs/>
          <w:lang w:val="et-EE"/>
        </w:rPr>
        <w:t xml:space="preserve">(kuni 1000 tähemärki koos tühikutega) </w:t>
      </w:r>
      <w:r w:rsidRPr="00FA5858">
        <w:rPr>
          <w:rFonts w:ascii="Times New Roman" w:hAnsi="Times New Roman" w:cs="Times New Roman"/>
          <w:i/>
          <w:iCs/>
          <w:lang w:val="et-EE"/>
        </w:rPr>
        <w:t xml:space="preserve">projekti saavutatud eesmärki, </w:t>
      </w:r>
      <w:proofErr w:type="spellStart"/>
      <w:r w:rsidRPr="00FA5858">
        <w:rPr>
          <w:rFonts w:ascii="Times New Roman" w:hAnsi="Times New Roman" w:cs="Times New Roman"/>
          <w:i/>
          <w:iCs/>
          <w:lang w:val="et-EE"/>
        </w:rPr>
        <w:t>elluviidud</w:t>
      </w:r>
      <w:proofErr w:type="spellEnd"/>
      <w:r w:rsidRPr="00FA5858">
        <w:rPr>
          <w:rFonts w:ascii="Times New Roman" w:hAnsi="Times New Roman" w:cs="Times New Roman"/>
          <w:i/>
          <w:iCs/>
          <w:lang w:val="et-EE"/>
        </w:rPr>
        <w:t xml:space="preserve"> tegevusi ja saavutatud tulemusi</w:t>
      </w:r>
      <w:r w:rsidR="00B15EC5" w:rsidRPr="00FA5858">
        <w:rPr>
          <w:rFonts w:ascii="Times New Roman" w:hAnsi="Times New Roman" w:cs="Times New Roman"/>
          <w:i/>
          <w:iCs/>
          <w:lang w:val="et-EE"/>
        </w:rPr>
        <w:t>.</w:t>
      </w:r>
    </w:p>
    <w:p w14:paraId="27B4EDB5" w14:textId="77777777" w:rsidR="000671C2" w:rsidRPr="00FA5858" w:rsidRDefault="000671C2" w:rsidP="000671C2">
      <w:pPr>
        <w:spacing w:after="0"/>
        <w:rPr>
          <w:rFonts w:ascii="Times New Roman" w:hAnsi="Times New Roman" w:cs="Times New Roman"/>
          <w:lang w:val="et-EE"/>
        </w:rPr>
      </w:pPr>
    </w:p>
    <w:p w14:paraId="22A9EFFE" w14:textId="512CA22F" w:rsidR="00EC384B" w:rsidRPr="00FA5858" w:rsidRDefault="00000000" w:rsidP="000671C2">
      <w:pPr>
        <w:pStyle w:val="Heading1"/>
        <w:numPr>
          <w:ilvl w:val="0"/>
          <w:numId w:val="10"/>
        </w:numPr>
        <w:spacing w:before="0"/>
        <w:rPr>
          <w:rFonts w:ascii="Times New Roman" w:hAnsi="Times New Roman" w:cs="Times New Roman"/>
          <w:color w:val="auto"/>
          <w:sz w:val="22"/>
          <w:szCs w:val="22"/>
          <w:lang w:val="et-EE"/>
        </w:rPr>
      </w:pPr>
      <w:r w:rsidRPr="00FA5858">
        <w:rPr>
          <w:rFonts w:ascii="Times New Roman" w:hAnsi="Times New Roman" w:cs="Times New Roman"/>
          <w:color w:val="auto"/>
          <w:sz w:val="22"/>
          <w:szCs w:val="22"/>
          <w:lang w:val="et-EE"/>
        </w:rPr>
        <w:t>Projekti jätkusuutlikkus</w:t>
      </w:r>
    </w:p>
    <w:p w14:paraId="6C689639" w14:textId="168FEF3E" w:rsidR="00EC384B" w:rsidRDefault="00000000" w:rsidP="000671C2">
      <w:pPr>
        <w:spacing w:after="0"/>
        <w:rPr>
          <w:rFonts w:ascii="Times New Roman" w:hAnsi="Times New Roman" w:cs="Times New Roman"/>
          <w:lang w:val="et-EE"/>
        </w:rPr>
      </w:pPr>
      <w:r w:rsidRPr="00FA5858">
        <w:rPr>
          <w:rFonts w:ascii="Times New Roman" w:hAnsi="Times New Roman" w:cs="Times New Roman"/>
          <w:i/>
          <w:iCs/>
          <w:lang w:val="et-EE"/>
        </w:rPr>
        <w:t>Kirjeldage, kuidas tegevused</w:t>
      </w:r>
      <w:r w:rsidR="002D38E3" w:rsidRPr="00FA5858">
        <w:rPr>
          <w:rFonts w:ascii="Times New Roman" w:hAnsi="Times New Roman" w:cs="Times New Roman"/>
          <w:i/>
          <w:iCs/>
          <w:lang w:val="et-EE"/>
        </w:rPr>
        <w:t xml:space="preserve"> või tulemused</w:t>
      </w:r>
      <w:r w:rsidRPr="00FA5858">
        <w:rPr>
          <w:rFonts w:ascii="Times New Roman" w:hAnsi="Times New Roman" w:cs="Times New Roman"/>
          <w:i/>
          <w:iCs/>
          <w:lang w:val="et-EE"/>
        </w:rPr>
        <w:t xml:space="preserve"> jätkuvad pärast rahastuse lõppemist</w:t>
      </w:r>
      <w:r w:rsidRPr="00FA5858">
        <w:rPr>
          <w:rFonts w:ascii="Times New Roman" w:hAnsi="Times New Roman" w:cs="Times New Roman"/>
          <w:lang w:val="et-EE"/>
        </w:rPr>
        <w:t>.</w:t>
      </w:r>
    </w:p>
    <w:p w14:paraId="7A4A2707" w14:textId="77777777" w:rsidR="000671C2" w:rsidRPr="00FA5858" w:rsidRDefault="000671C2" w:rsidP="000671C2">
      <w:pPr>
        <w:spacing w:after="0"/>
        <w:rPr>
          <w:rFonts w:ascii="Times New Roman" w:hAnsi="Times New Roman" w:cs="Times New Roman"/>
          <w:lang w:val="et-EE"/>
        </w:rPr>
      </w:pPr>
    </w:p>
    <w:p w14:paraId="532ADBCD" w14:textId="7B241916" w:rsidR="00EC384B" w:rsidRPr="00FA5858" w:rsidRDefault="00000000" w:rsidP="000671C2">
      <w:pPr>
        <w:pStyle w:val="Heading1"/>
        <w:numPr>
          <w:ilvl w:val="0"/>
          <w:numId w:val="10"/>
        </w:numPr>
        <w:spacing w:before="0"/>
        <w:rPr>
          <w:rFonts w:ascii="Times New Roman" w:hAnsi="Times New Roman" w:cs="Times New Roman"/>
          <w:color w:val="auto"/>
          <w:sz w:val="22"/>
          <w:szCs w:val="22"/>
          <w:lang w:val="et-EE"/>
        </w:rPr>
      </w:pPr>
      <w:r w:rsidRPr="00FA5858">
        <w:rPr>
          <w:rFonts w:ascii="Times New Roman" w:hAnsi="Times New Roman" w:cs="Times New Roman"/>
          <w:color w:val="auto"/>
          <w:sz w:val="22"/>
          <w:szCs w:val="22"/>
          <w:lang w:val="et-EE"/>
        </w:rPr>
        <w:t>Projekti tutvustamine avalikkusele</w:t>
      </w:r>
    </w:p>
    <w:p w14:paraId="47DE1F71" w14:textId="7F728E01" w:rsidR="00B45C44" w:rsidRDefault="0036043D" w:rsidP="000671C2">
      <w:pPr>
        <w:spacing w:after="0"/>
        <w:rPr>
          <w:rFonts w:ascii="Times New Roman" w:hAnsi="Times New Roman" w:cs="Times New Roman"/>
          <w:i/>
          <w:iCs/>
          <w:lang w:val="et-EE"/>
        </w:rPr>
      </w:pPr>
      <w:r w:rsidRPr="00FA5858">
        <w:rPr>
          <w:rFonts w:ascii="Times New Roman" w:hAnsi="Times New Roman" w:cs="Times New Roman"/>
          <w:i/>
          <w:iCs/>
          <w:lang w:val="et-EE"/>
        </w:rPr>
        <w:t>Esitage viited või lingid allikatele, kus on avaldatud teavet projekti kohta (nt veebileht, sotsiaalmeedia, ajakirjandus, raadio- või telesaated, infopäevad jm). Kui projekti tutvustamisel on viidatud Narva linna kaasfinantseerimisele, palume lisada ka vastavad viited</w:t>
      </w:r>
      <w:r w:rsidR="002033A5" w:rsidRPr="00FA5858">
        <w:rPr>
          <w:rFonts w:ascii="Times New Roman" w:hAnsi="Times New Roman" w:cs="Times New Roman"/>
          <w:i/>
          <w:iCs/>
          <w:lang w:val="et-EE"/>
        </w:rPr>
        <w:t xml:space="preserve"> või tõendavad materjalid</w:t>
      </w:r>
      <w:r w:rsidRPr="00FA5858">
        <w:rPr>
          <w:rFonts w:ascii="Times New Roman" w:hAnsi="Times New Roman" w:cs="Times New Roman"/>
          <w:i/>
          <w:iCs/>
          <w:lang w:val="et-EE"/>
        </w:rPr>
        <w:t>.</w:t>
      </w:r>
    </w:p>
    <w:p w14:paraId="5DC25227" w14:textId="77777777" w:rsidR="000671C2" w:rsidRPr="00FA5858" w:rsidRDefault="000671C2" w:rsidP="000671C2">
      <w:pPr>
        <w:spacing w:after="0"/>
        <w:rPr>
          <w:rFonts w:ascii="Times New Roman" w:hAnsi="Times New Roman" w:cs="Times New Roman"/>
          <w:i/>
          <w:iCs/>
          <w:lang w:val="et-EE"/>
        </w:rPr>
      </w:pPr>
    </w:p>
    <w:p w14:paraId="3E9881FA" w14:textId="77777777" w:rsidR="00D73B9E" w:rsidRPr="00FA5858" w:rsidRDefault="00D73B9E" w:rsidP="000671C2">
      <w:pPr>
        <w:pStyle w:val="ListParagraph"/>
        <w:numPr>
          <w:ilvl w:val="0"/>
          <w:numId w:val="10"/>
        </w:numPr>
        <w:spacing w:after="0"/>
        <w:rPr>
          <w:rFonts w:ascii="Times New Roman" w:hAnsi="Times New Roman" w:cs="Times New Roman"/>
          <w:b/>
          <w:bCs/>
          <w:lang w:val="et-EE"/>
        </w:rPr>
      </w:pPr>
      <w:r w:rsidRPr="00FA5858">
        <w:rPr>
          <w:rFonts w:ascii="Times New Roman" w:hAnsi="Times New Roman" w:cs="Times New Roman"/>
          <w:b/>
          <w:bCs/>
          <w:lang w:val="et-EE"/>
        </w:rPr>
        <w:t>Kohustuslikud lisad</w:t>
      </w:r>
    </w:p>
    <w:p w14:paraId="3DC70551" w14:textId="77777777" w:rsidR="00D73B9E" w:rsidRPr="00FA5858" w:rsidRDefault="00D73B9E" w:rsidP="000671C2">
      <w:pPr>
        <w:spacing w:after="0"/>
        <w:rPr>
          <w:rFonts w:ascii="Times New Roman" w:hAnsi="Times New Roman" w:cs="Times New Roman"/>
          <w:i/>
          <w:iCs/>
          <w:lang w:val="et-EE"/>
        </w:rPr>
      </w:pPr>
      <w:r w:rsidRPr="00FA5858">
        <w:rPr>
          <w:rFonts w:ascii="Times New Roman" w:hAnsi="Times New Roman" w:cs="Times New Roman"/>
          <w:i/>
          <w:iCs/>
          <w:lang w:val="et-EE"/>
        </w:rPr>
        <w:t>Esitage koos aruandega üksnes käesoleva projektiga seotud asjakohased dokumendid ja materjalid.</w:t>
      </w:r>
    </w:p>
    <w:p w14:paraId="61A5DA3A" w14:textId="77777777" w:rsidR="00D73B9E" w:rsidRPr="00FA5858" w:rsidRDefault="00D73B9E" w:rsidP="000671C2">
      <w:pPr>
        <w:spacing w:after="0"/>
        <w:rPr>
          <w:rFonts w:ascii="Times New Roman" w:hAnsi="Times New Roman" w:cs="Times New Roman"/>
          <w:b/>
          <w:bCs/>
          <w:i/>
          <w:iCs/>
          <w:lang w:val="et-EE"/>
        </w:rPr>
      </w:pPr>
    </w:p>
    <w:p w14:paraId="6296D657" w14:textId="0ED4A2AF" w:rsidR="00EC384B" w:rsidRPr="00FA5858" w:rsidRDefault="00000000" w:rsidP="000671C2">
      <w:pPr>
        <w:spacing w:after="0"/>
        <w:rPr>
          <w:rFonts w:ascii="Times New Roman" w:hAnsi="Times New Roman" w:cs="Times New Roman"/>
          <w:lang w:val="et-EE"/>
        </w:rPr>
      </w:pPr>
      <w:sdt>
        <w:sdtPr>
          <w:rPr>
            <w:rFonts w:ascii="Times New Roman" w:hAnsi="Times New Roman" w:cs="Times New Roman"/>
            <w:lang w:val="et-EE"/>
          </w:rPr>
          <w:id w:val="9387224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73B9E" w:rsidRPr="00FA5858">
            <w:rPr>
              <w:rFonts w:ascii="MS Gothic" w:eastAsia="MS Gothic" w:hAnsi="MS Gothic" w:cs="Times New Roman"/>
              <w:lang w:val="et-EE"/>
            </w:rPr>
            <w:t>☐</w:t>
          </w:r>
        </w:sdtContent>
      </w:sdt>
      <w:r w:rsidR="00D73B9E" w:rsidRPr="00FA5858">
        <w:rPr>
          <w:lang w:val="et-EE"/>
        </w:rPr>
        <w:t xml:space="preserve"> </w:t>
      </w:r>
      <w:r w:rsidR="00D73B9E" w:rsidRPr="00FA5858">
        <w:rPr>
          <w:rFonts w:ascii="Times New Roman" w:hAnsi="Times New Roman" w:cs="Times New Roman"/>
          <w:lang w:val="et-EE"/>
        </w:rPr>
        <w:t>Projekti elluviimist ja tulemuste saavutamist tõendavad dokumendid ja materjalid (nt fotod, trükised, osalejate nimekirjad, veebiviited, koostatud materjalid või muud projekti eesmärkide ja tulemuste saavutamist kinnitavad dokumendid</w:t>
      </w:r>
      <w:r w:rsidR="00B1244A" w:rsidRPr="00FA5858">
        <w:rPr>
          <w:rFonts w:ascii="Times New Roman" w:hAnsi="Times New Roman" w:cs="Times New Roman"/>
          <w:lang w:val="et-EE"/>
        </w:rPr>
        <w:t>)</w:t>
      </w:r>
      <w:r w:rsidR="003059FB">
        <w:rPr>
          <w:rFonts w:ascii="Times New Roman" w:hAnsi="Times New Roman" w:cs="Times New Roman"/>
          <w:lang w:val="et-EE"/>
        </w:rPr>
        <w:t>.</w:t>
      </w:r>
    </w:p>
    <w:p w14:paraId="238C455B" w14:textId="091E4A00" w:rsidR="008314B2" w:rsidRPr="00FA5858" w:rsidRDefault="00000000" w:rsidP="000671C2">
      <w:pPr>
        <w:spacing w:after="0"/>
        <w:rPr>
          <w:rFonts w:ascii="Times New Roman" w:hAnsi="Times New Roman" w:cs="Times New Roman"/>
          <w:lang w:val="et-EE"/>
        </w:rPr>
      </w:pPr>
      <w:sdt>
        <w:sdtPr>
          <w:rPr>
            <w:rFonts w:ascii="Times New Roman" w:hAnsi="Times New Roman" w:cs="Times New Roman"/>
            <w:lang w:val="et-EE"/>
          </w:rPr>
          <w:id w:val="20110936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222DB" w:rsidRPr="00FA5858">
            <w:rPr>
              <w:rFonts w:ascii="MS Gothic" w:eastAsia="MS Gothic" w:hAnsi="MS Gothic" w:cs="Times New Roman"/>
              <w:lang w:val="et-EE"/>
            </w:rPr>
            <w:t>☐</w:t>
          </w:r>
        </w:sdtContent>
      </w:sdt>
      <w:r w:rsidR="003059FB">
        <w:rPr>
          <w:rFonts w:ascii="Times New Roman" w:hAnsi="Times New Roman" w:cs="Times New Roman"/>
          <w:lang w:val="et-EE"/>
        </w:rPr>
        <w:t xml:space="preserve"> </w:t>
      </w:r>
      <w:r w:rsidR="008033B0" w:rsidRPr="00FA5858">
        <w:rPr>
          <w:rFonts w:ascii="Times New Roman" w:hAnsi="Times New Roman" w:cs="Times New Roman"/>
          <w:lang w:val="et-EE"/>
        </w:rPr>
        <w:t>Narva linna poolt kaasfinantseeritud</w:t>
      </w:r>
      <w:r w:rsidR="008314B2" w:rsidRPr="00FA5858">
        <w:rPr>
          <w:rFonts w:ascii="Times New Roman" w:hAnsi="Times New Roman" w:cs="Times New Roman"/>
          <w:lang w:val="et-EE"/>
        </w:rPr>
        <w:t xml:space="preserve"> tegevuste kuludokumendid (sh arved, tšekid)</w:t>
      </w:r>
      <w:r w:rsidR="000074E0" w:rsidRPr="00FA5858">
        <w:rPr>
          <w:rFonts w:ascii="Times New Roman" w:hAnsi="Times New Roman" w:cs="Times New Roman"/>
          <w:lang w:val="et-EE"/>
        </w:rPr>
        <w:t>.</w:t>
      </w:r>
    </w:p>
    <w:p w14:paraId="3BDF6A5A" w14:textId="6A09A38F" w:rsidR="00EC384B" w:rsidRPr="00FA5858" w:rsidRDefault="00000000" w:rsidP="000671C2">
      <w:pPr>
        <w:spacing w:after="0"/>
        <w:rPr>
          <w:rFonts w:ascii="Times New Roman" w:hAnsi="Times New Roman" w:cs="Times New Roman"/>
          <w:lang w:val="et-EE"/>
        </w:rPr>
      </w:pPr>
      <w:sdt>
        <w:sdtPr>
          <w:rPr>
            <w:rFonts w:ascii="Times New Roman" w:hAnsi="Times New Roman" w:cs="Times New Roman"/>
            <w:lang w:val="et-EE"/>
          </w:rPr>
          <w:id w:val="6339092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222DB" w:rsidRPr="00FA5858">
            <w:rPr>
              <w:rFonts w:ascii="MS Gothic" w:eastAsia="MS Gothic" w:hAnsi="MS Gothic" w:cs="Times New Roman"/>
              <w:lang w:val="et-EE"/>
            </w:rPr>
            <w:t>☐</w:t>
          </w:r>
        </w:sdtContent>
      </w:sdt>
      <w:r w:rsidR="003059FB">
        <w:rPr>
          <w:rFonts w:ascii="Times New Roman" w:hAnsi="Times New Roman" w:cs="Times New Roman"/>
          <w:lang w:val="et-EE"/>
        </w:rPr>
        <w:t xml:space="preserve"> </w:t>
      </w:r>
      <w:r w:rsidR="008033B0" w:rsidRPr="00FA5858">
        <w:rPr>
          <w:rFonts w:ascii="Times New Roman" w:hAnsi="Times New Roman" w:cs="Times New Roman"/>
          <w:lang w:val="et-EE"/>
        </w:rPr>
        <w:t xml:space="preserve">Narva linna poolt kaasfinantseeritud </w:t>
      </w:r>
      <w:r w:rsidR="008314B2" w:rsidRPr="00FA5858">
        <w:rPr>
          <w:rFonts w:ascii="Times New Roman" w:hAnsi="Times New Roman" w:cs="Times New Roman"/>
          <w:lang w:val="et-EE"/>
        </w:rPr>
        <w:t xml:space="preserve">tegevuste eest </w:t>
      </w:r>
      <w:r w:rsidR="00A13940" w:rsidRPr="00FA5858">
        <w:rPr>
          <w:rFonts w:ascii="Times New Roman" w:hAnsi="Times New Roman" w:cs="Times New Roman"/>
          <w:lang w:val="et-EE"/>
        </w:rPr>
        <w:t>tasumist tõendavad dokumendid</w:t>
      </w:r>
      <w:r w:rsidR="008314B2" w:rsidRPr="00FA5858">
        <w:rPr>
          <w:rFonts w:ascii="Times New Roman" w:hAnsi="Times New Roman" w:cs="Times New Roman"/>
          <w:lang w:val="et-EE"/>
        </w:rPr>
        <w:t xml:space="preserve"> (</w:t>
      </w:r>
      <w:r w:rsidR="009E17AA" w:rsidRPr="00FA5858">
        <w:rPr>
          <w:rFonts w:ascii="Times New Roman" w:hAnsi="Times New Roman" w:cs="Times New Roman"/>
          <w:lang w:val="et-EE"/>
        </w:rPr>
        <w:t xml:space="preserve">nt </w:t>
      </w:r>
      <w:r w:rsidR="00892647" w:rsidRPr="00FA5858">
        <w:rPr>
          <w:rFonts w:ascii="Times New Roman" w:hAnsi="Times New Roman" w:cs="Times New Roman"/>
          <w:lang w:val="et-EE"/>
        </w:rPr>
        <w:t>pangakonto väljavõte</w:t>
      </w:r>
      <w:r w:rsidR="008314B2" w:rsidRPr="00FA5858">
        <w:rPr>
          <w:rFonts w:ascii="Times New Roman" w:hAnsi="Times New Roman" w:cs="Times New Roman"/>
          <w:lang w:val="et-EE"/>
        </w:rPr>
        <w:t>)</w:t>
      </w:r>
      <w:r w:rsidR="000074E0" w:rsidRPr="00FA5858">
        <w:rPr>
          <w:rFonts w:ascii="Times New Roman" w:hAnsi="Times New Roman" w:cs="Times New Roman"/>
          <w:lang w:val="et-EE"/>
        </w:rPr>
        <w:t>.</w:t>
      </w:r>
    </w:p>
    <w:p w14:paraId="73183D3B" w14:textId="78732355" w:rsidR="009E17AA" w:rsidRDefault="00000000" w:rsidP="000671C2">
      <w:pPr>
        <w:spacing w:after="0"/>
        <w:rPr>
          <w:rFonts w:ascii="Times New Roman" w:hAnsi="Times New Roman" w:cs="Times New Roman"/>
          <w:lang w:val="et-EE"/>
        </w:rPr>
      </w:pPr>
      <w:sdt>
        <w:sdtPr>
          <w:rPr>
            <w:rFonts w:ascii="Times New Roman" w:hAnsi="Times New Roman" w:cs="Times New Roman"/>
            <w:lang w:val="et-EE"/>
          </w:rPr>
          <w:id w:val="9401765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222DB" w:rsidRPr="00FA5858">
            <w:rPr>
              <w:rFonts w:ascii="MS Gothic" w:eastAsia="MS Gothic" w:hAnsi="MS Gothic" w:cs="Times New Roman"/>
              <w:lang w:val="et-EE"/>
            </w:rPr>
            <w:t>☐</w:t>
          </w:r>
        </w:sdtContent>
      </w:sdt>
      <w:r w:rsidR="009E17AA" w:rsidRPr="00FA5858">
        <w:rPr>
          <w:lang w:val="et-EE"/>
        </w:rPr>
        <w:t xml:space="preserve"> </w:t>
      </w:r>
      <w:r w:rsidR="00101AD9" w:rsidRPr="00FA5858">
        <w:rPr>
          <w:rFonts w:ascii="Times New Roman" w:hAnsi="Times New Roman" w:cs="Times New Roman"/>
          <w:lang w:val="et-EE"/>
        </w:rPr>
        <w:t>Projekti toetanud programmi või toetusmeetme lõpparuande kinnitamise otsus või muu asjakohane dokument.</w:t>
      </w:r>
    </w:p>
    <w:p w14:paraId="345A56FC" w14:textId="77777777" w:rsidR="000671C2" w:rsidRPr="00FA5858" w:rsidRDefault="000671C2" w:rsidP="000671C2">
      <w:pPr>
        <w:spacing w:after="0"/>
        <w:rPr>
          <w:rFonts w:ascii="Times New Roman" w:hAnsi="Times New Roman" w:cs="Times New Roman"/>
          <w:lang w:val="et-EE"/>
        </w:rPr>
      </w:pPr>
    </w:p>
    <w:p w14:paraId="37DF06F4" w14:textId="2B52370D" w:rsidR="00F22B57" w:rsidRDefault="00F87AA1" w:rsidP="000671C2">
      <w:pPr>
        <w:spacing w:after="0"/>
        <w:rPr>
          <w:b/>
          <w:bCs/>
          <w:lang w:val="et-EE"/>
        </w:rPr>
      </w:pPr>
      <w:r w:rsidRPr="00FA5858">
        <w:rPr>
          <w:b/>
          <w:bCs/>
          <w:lang w:val="et-EE"/>
        </w:rPr>
        <w:t>Kinnitan, et käesolevas lõpparuandes esitatud andmed on õiged ning lisatud dokumendid kajastavad projekti tegelikku elluviimist.</w:t>
      </w:r>
    </w:p>
    <w:p w14:paraId="13A805CA" w14:textId="77777777" w:rsidR="0021276A" w:rsidRDefault="0021276A" w:rsidP="000671C2">
      <w:pPr>
        <w:spacing w:after="0"/>
        <w:rPr>
          <w:b/>
          <w:bCs/>
          <w:lang w:val="et-EE"/>
        </w:rPr>
      </w:pPr>
    </w:p>
    <w:p w14:paraId="0F1FFB24" w14:textId="77777777" w:rsidR="0021276A" w:rsidRDefault="0021276A" w:rsidP="000671C2">
      <w:pPr>
        <w:spacing w:after="0"/>
        <w:rPr>
          <w:b/>
          <w:bCs/>
          <w:lang w:val="et-EE"/>
        </w:rPr>
      </w:pPr>
    </w:p>
    <w:p w14:paraId="69D79E8E" w14:textId="13C03FC8" w:rsidR="008033B0" w:rsidRPr="00FA5858" w:rsidRDefault="00B45C44" w:rsidP="000671C2">
      <w:pPr>
        <w:spacing w:after="0"/>
        <w:rPr>
          <w:rFonts w:ascii="Times New Roman" w:hAnsi="Times New Roman" w:cs="Times New Roman"/>
          <w:i/>
          <w:iCs/>
          <w:lang w:val="et-EE"/>
        </w:rPr>
      </w:pPr>
      <w:r w:rsidRPr="00FA5858">
        <w:rPr>
          <w:rFonts w:ascii="Times New Roman" w:hAnsi="Times New Roman" w:cs="Times New Roman"/>
          <w:i/>
          <w:iCs/>
          <w:lang w:val="et-EE"/>
        </w:rPr>
        <w:t>Koostaja nimi, kuupäev</w:t>
      </w:r>
    </w:p>
    <w:p w14:paraId="695C9059" w14:textId="48E3D6B1" w:rsidR="00A70B9B" w:rsidRPr="00483035" w:rsidRDefault="00892647" w:rsidP="00C3683D">
      <w:pPr>
        <w:spacing w:after="0"/>
        <w:rPr>
          <w:rFonts w:ascii="Times New Roman" w:hAnsi="Times New Roman" w:cs="Times New Roman"/>
          <w:i/>
          <w:iCs/>
          <w:lang w:val="et-EE"/>
        </w:rPr>
      </w:pPr>
      <w:r w:rsidRPr="00FA5858">
        <w:rPr>
          <w:rFonts w:ascii="Times New Roman" w:hAnsi="Times New Roman" w:cs="Times New Roman"/>
          <w:i/>
          <w:iCs/>
          <w:lang w:val="et-EE"/>
        </w:rPr>
        <w:t>/allkirjastatud digitaalselt/</w:t>
      </w:r>
    </w:p>
    <w:sectPr w:rsidR="00A70B9B" w:rsidRPr="00483035" w:rsidSect="0021276A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E405396"/>
    <w:multiLevelType w:val="hybridMultilevel"/>
    <w:tmpl w:val="ACD28018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2547406">
    <w:abstractNumId w:val="8"/>
  </w:num>
  <w:num w:numId="2" w16cid:durableId="1815295481">
    <w:abstractNumId w:val="6"/>
  </w:num>
  <w:num w:numId="3" w16cid:durableId="347800126">
    <w:abstractNumId w:val="5"/>
  </w:num>
  <w:num w:numId="4" w16cid:durableId="35938038">
    <w:abstractNumId w:val="4"/>
  </w:num>
  <w:num w:numId="5" w16cid:durableId="1743603322">
    <w:abstractNumId w:val="7"/>
  </w:num>
  <w:num w:numId="6" w16cid:durableId="310059125">
    <w:abstractNumId w:val="3"/>
  </w:num>
  <w:num w:numId="7" w16cid:durableId="2061900944">
    <w:abstractNumId w:val="2"/>
  </w:num>
  <w:num w:numId="8" w16cid:durableId="1637645021">
    <w:abstractNumId w:val="1"/>
  </w:num>
  <w:num w:numId="9" w16cid:durableId="1284457248">
    <w:abstractNumId w:val="0"/>
  </w:num>
  <w:num w:numId="10" w16cid:durableId="152070098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74E0"/>
    <w:rsid w:val="00034616"/>
    <w:rsid w:val="0006063C"/>
    <w:rsid w:val="000671C2"/>
    <w:rsid w:val="0008383B"/>
    <w:rsid w:val="00101AD9"/>
    <w:rsid w:val="0015074B"/>
    <w:rsid w:val="002033A5"/>
    <w:rsid w:val="002120A6"/>
    <w:rsid w:val="0021276A"/>
    <w:rsid w:val="00253BF1"/>
    <w:rsid w:val="0029639D"/>
    <w:rsid w:val="002D38E3"/>
    <w:rsid w:val="003059FB"/>
    <w:rsid w:val="00326F90"/>
    <w:rsid w:val="0036005E"/>
    <w:rsid w:val="0036043D"/>
    <w:rsid w:val="0037742E"/>
    <w:rsid w:val="003B6179"/>
    <w:rsid w:val="004222DB"/>
    <w:rsid w:val="00444FE5"/>
    <w:rsid w:val="00483035"/>
    <w:rsid w:val="005957C2"/>
    <w:rsid w:val="005E2B81"/>
    <w:rsid w:val="005E6C25"/>
    <w:rsid w:val="005F1CC8"/>
    <w:rsid w:val="00645F90"/>
    <w:rsid w:val="007608CA"/>
    <w:rsid w:val="007701B0"/>
    <w:rsid w:val="007D652E"/>
    <w:rsid w:val="007F4A31"/>
    <w:rsid w:val="008033B0"/>
    <w:rsid w:val="008314B2"/>
    <w:rsid w:val="00880459"/>
    <w:rsid w:val="00892647"/>
    <w:rsid w:val="008A011B"/>
    <w:rsid w:val="008D758F"/>
    <w:rsid w:val="009C63D2"/>
    <w:rsid w:val="009E17AA"/>
    <w:rsid w:val="00A13940"/>
    <w:rsid w:val="00A22CB8"/>
    <w:rsid w:val="00A42CFE"/>
    <w:rsid w:val="00A70B9B"/>
    <w:rsid w:val="00A8728B"/>
    <w:rsid w:val="00AA1D8D"/>
    <w:rsid w:val="00AA334F"/>
    <w:rsid w:val="00B120AE"/>
    <w:rsid w:val="00B1244A"/>
    <w:rsid w:val="00B15EC5"/>
    <w:rsid w:val="00B45C44"/>
    <w:rsid w:val="00B47730"/>
    <w:rsid w:val="00B54767"/>
    <w:rsid w:val="00B86ACA"/>
    <w:rsid w:val="00C3683D"/>
    <w:rsid w:val="00C43A86"/>
    <w:rsid w:val="00C872EE"/>
    <w:rsid w:val="00CB0664"/>
    <w:rsid w:val="00D27D20"/>
    <w:rsid w:val="00D3331A"/>
    <w:rsid w:val="00D47FA5"/>
    <w:rsid w:val="00D73B9E"/>
    <w:rsid w:val="00D87F6E"/>
    <w:rsid w:val="00E86186"/>
    <w:rsid w:val="00EC384B"/>
    <w:rsid w:val="00EE29B8"/>
    <w:rsid w:val="00EE4D60"/>
    <w:rsid w:val="00F07082"/>
    <w:rsid w:val="00F22B57"/>
    <w:rsid w:val="00F256FA"/>
    <w:rsid w:val="00F374EA"/>
    <w:rsid w:val="00F452E5"/>
    <w:rsid w:val="00F66BAB"/>
    <w:rsid w:val="00F87AA1"/>
    <w:rsid w:val="00F92480"/>
    <w:rsid w:val="00F92DA8"/>
    <w:rsid w:val="00FA585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DC0575"/>
  <w14:defaultImageDpi w14:val="300"/>
  <w15:docId w15:val="{18968754-75CA-4C87-B255-1B2CCD939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EE29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E29B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E29B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9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9B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66B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260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Olga Smirnova</cp:lastModifiedBy>
  <cp:revision>6</cp:revision>
  <dcterms:created xsi:type="dcterms:W3CDTF">2026-07-16T12:54:00Z</dcterms:created>
  <dcterms:modified xsi:type="dcterms:W3CDTF">2026-07-20T12:30:00Z</dcterms:modified>
  <cp:category/>
</cp:coreProperties>
</file>